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79585" w14:textId="77777777" w:rsidR="00B24E48" w:rsidRDefault="00EC5FF6">
      <w:pPr>
        <w:spacing w:after="40"/>
      </w:pPr>
      <w:r>
        <w:rPr>
          <w:b/>
          <w:color w:val="52606D"/>
          <w:sz w:val="16"/>
        </w:rPr>
        <w:t>UBICLASS COVERREADY</w:t>
      </w:r>
    </w:p>
    <w:p w14:paraId="65AFF7B1" w14:textId="77777777" w:rsidR="00B24E48" w:rsidRDefault="00EC5FF6">
      <w:pPr>
        <w:spacing w:after="40"/>
      </w:pPr>
      <w:r>
        <w:rPr>
          <w:rFonts w:ascii="Arial" w:hAnsi="Arial"/>
          <w:b w:val="0"/>
          <w:color w:val="52606D"/>
          <w:sz w:val="22"/>
        </w:rPr>
        <w:t>Significant figures - Support route</w:t>
      </w:r>
    </w:p>
    <w:p w14:paraId="2ABE1C31" w14:textId="77777777" w:rsidR="00B24E48" w:rsidRDefault="00EC5FF6">
      <w:pPr>
        <w:spacing w:after="40"/>
      </w:pPr>
      <w:r>
        <w:rPr>
          <w:rFonts w:ascii="Arial" w:hAnsi="Arial"/>
          <w:b w:val="0"/>
          <w:color w:val="52606D"/>
          <w:sz w:val="22"/>
        </w:rPr>
        <w:t>Try each question first. Show each step. Use only if assigned the Support route.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40"/>
      </w:tblGrid>
      <w:tr w:rsidR="00B24E48" w14:paraId="3AD73A9C" w14:textId="77777777">
        <w:trPr>
          <w:jc w:val="center"/>
        </w:trPr>
        <w:tc>
          <w:tcPr>
            <w:tcW w:w="10540" w:type="dxa"/>
            <w:tcBorders>
              <w:top w:val="single" w:sz="6" w:space="0" w:color="0F766E"/>
              <w:left w:val="single" w:sz="6" w:space="0" w:color="0F766E"/>
              <w:bottom w:val="single" w:sz="6" w:space="0" w:color="0F766E"/>
              <w:right w:val="single" w:sz="6" w:space="0" w:color="0F766E"/>
            </w:tcBorders>
            <w:shd w:val="clear" w:color="auto" w:fill="F8FAFC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52606D"/>
                <w:sz w:val="22"/>
              </w:rPr>
              <w:t>Department / teacher instructions:</w:t>
            </w:r>
          </w:p>
        </w:tc>
      </w:tr>
      <w:tr w:rsidR="00B24E48" w14:paraId="35BFBA41" w14:textId="77777777">
        <w:trPr>
          <w:jc w:val="center"/>
        </w:trPr>
        <w:tc>
          <w:tcPr>
            <w:tcW w:w="10540" w:type="dxa"/>
            <w:tcBorders>
              <w:top w:val="single" w:sz="6" w:space="0" w:color="0F766E"/>
              <w:left w:val="single" w:sz="6" w:space="0" w:color="0F766E"/>
              <w:bottom w:val="single" w:sz="6" w:space="0" w:color="0F766E"/>
              <w:right w:val="single" w:sz="6" w:space="0" w:color="0F766E"/>
            </w:tcBorders>
            <w:shd w:val="clear" w:color="auto" w:fill="F8FAFC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52606D"/>
                <w:sz w:val="22"/>
              </w:rPr>
              <w:t>Editable toolkit / reminders:</w:t>
            </w:r>
          </w:p>
        </w:tc>
      </w:tr>
    </w:tbl>
    <w:p w14:paraId="17592E1A" w14:textId="77777777" w:rsidR="00B24E48" w:rsidRDefault="00B24E48">
      <w:pPr>
        <w:spacing w:after="40"/>
      </w:pPr>
      <w:r>
        <w:rPr>
          <w:rFonts w:ascii="Arial" w:hAnsi="Arial"/>
          <w:b w:val="0"/>
          <w:color w:val="808080"/>
          <w:sz w:val="20"/>
        </w:rPr>
        <w:t>Name: ______________________________    Class: __________________    Date: ________________</w:t>
      </w:r>
    </w:p>
    <w:p w14:paraId="534A50CB" w14:textId="77777777" w:rsidR="00B24E48" w:rsidRDefault="00EC5FF6">
      <w:pPr>
        <w:spacing w:before="40" w:after="40"/>
      </w:pPr>
      <w:r>
        <w:rPr>
          <w:b/>
          <w:sz w:val="22"/>
        </w:rPr>
        <w:t>A. Conversions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4"/>
        <w:gridCol w:w="9751"/>
      </w:tblGrid>
      <w:tr w:rsidR="00B24E48" w14:paraId="7340FB47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650A622C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1.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5A651770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Round 4,763 to 1 significant figure.</w:t>
            </w:r>
          </w:p>
        </w:tc>
      </w:tr>
      <w:tr w:rsidR="00B24E48" w14:paraId="43D74127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1EF4B999" w14:textId="77777777" w:rsidR="00B24E48" w:rsidRDefault="00B24E48">
            <w:pPr>
              <w:spacing w:after="40"/>
            </w:pPr>
            <w:r>
              <w:rPr>
                <w:rFonts w:ascii="Arial" w:hAnsi="Arial"/>
                <w:b/>
                <w:color w:val="1F6FEB"/>
                <w:sz w:val="22"/>
              </w:rPr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2D80DE27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52606D"/>
                <w:sz w:val="22"/>
              </w:rPr>
              <w:t>Prompt: Keep the first non-zero digit.</w:t>
            </w:r>
          </w:p>
        </w:tc>
      </w:tr>
      <w:tr w:rsidR="00B24E48" w14:paraId="19DDF5CC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33EB5DD8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2.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677BF7CA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Round 4,763 to 2 significant figures.</w:t>
            </w:r>
          </w:p>
        </w:tc>
      </w:tr>
      <w:tr w:rsidR="00B24E48" w14:paraId="70AD5167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732B5EC9" w14:textId="77777777" w:rsidR="00B24E48" w:rsidRDefault="00B24E48">
            <w:pPr>
              <w:spacing w:after="40"/>
            </w:pPr>
            <w:r>
              <w:rPr>
                <w:rFonts w:ascii="Arial" w:hAnsi="Arial"/>
                <w:b/>
                <w:color w:val="1F6FEB"/>
                <w:sz w:val="22"/>
              </w:rPr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61E03064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52606D"/>
                <w:sz w:val="22"/>
              </w:rPr>
              <w:t>Prompt: Look at the next digit.</w:t>
            </w:r>
          </w:p>
        </w:tc>
      </w:tr>
      <w:tr w:rsidR="00B24E48" w14:paraId="308930DB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4418DDE5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3.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09056F3D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Round 0.047 to 1 significant figure.</w:t>
            </w:r>
          </w:p>
        </w:tc>
      </w:tr>
      <w:tr w:rsidR="00B24E48" w14:paraId="4C41699D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1A241628" w14:textId="77777777" w:rsidR="00B24E48" w:rsidRDefault="00B24E48">
            <w:pPr>
              <w:spacing w:after="40"/>
            </w:pPr>
            <w:r>
              <w:rPr>
                <w:rFonts w:ascii="Arial" w:hAnsi="Arial"/>
                <w:b/>
                <w:color w:val="1F6FEB"/>
                <w:sz w:val="22"/>
              </w:rPr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7572B2C7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52606D"/>
                <w:sz w:val="22"/>
              </w:rPr>
              <w:t>Prompt: Zeros before 4 do not count.</w:t>
            </w:r>
          </w:p>
        </w:tc>
      </w:tr>
      <w:tr w:rsidR="00B24E48" w14:paraId="3C8C58E0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047D867A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4.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5E9CB303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Round 0.047 to 2 significant figures.</w:t>
            </w:r>
          </w:p>
        </w:tc>
      </w:tr>
      <w:tr w:rsidR="00B24E48" w14:paraId="55537CB5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6F3A5A98" w14:textId="77777777" w:rsidR="00B24E48" w:rsidRDefault="00B24E48">
            <w:pPr>
              <w:spacing w:after="40"/>
            </w:pPr>
            <w:r>
              <w:rPr>
                <w:rFonts w:ascii="Arial" w:hAnsi="Arial"/>
                <w:b/>
                <w:color w:val="1F6FEB"/>
                <w:sz w:val="22"/>
              </w:rPr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2CB27587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52606D"/>
                <w:sz w:val="22"/>
              </w:rPr>
              <w:t>Prompt: Keep 4 and 7.</w:t>
            </w:r>
          </w:p>
        </w:tc>
      </w:tr>
      <w:tr w:rsidR="00B24E48" w14:paraId="1B0474F6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7EE3FC39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5.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0B501A0F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Round 5,608 to 2 significant figures.</w:t>
            </w:r>
          </w:p>
        </w:tc>
      </w:tr>
      <w:tr w:rsidR="00B24E48" w14:paraId="593E679F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1507CE19" w14:textId="77777777" w:rsidR="00B24E48" w:rsidRDefault="00B24E48">
            <w:pPr>
              <w:spacing w:after="40"/>
            </w:pPr>
            <w:r>
              <w:rPr>
                <w:rFonts w:ascii="Arial" w:hAnsi="Arial"/>
                <w:b/>
                <w:color w:val="1F6FEB"/>
                <w:sz w:val="22"/>
              </w:rPr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677A488E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52606D"/>
                <w:sz w:val="22"/>
              </w:rPr>
              <w:t>Prompt: The third digit is 0.</w:t>
            </w:r>
          </w:p>
        </w:tc>
      </w:tr>
      <w:tr w:rsidR="00B24E48" w14:paraId="0FBB1472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4A1A1827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6.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661D5E64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How many significant figures are in 5.60?</w:t>
            </w:r>
          </w:p>
        </w:tc>
      </w:tr>
      <w:tr w:rsidR="00B24E48" w14:paraId="41DC4223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170C2565" w14:textId="77777777" w:rsidR="00B24E48" w:rsidRDefault="00B24E48">
            <w:pPr>
              <w:spacing w:after="40"/>
            </w:pPr>
            <w:r>
              <w:rPr>
                <w:rFonts w:ascii="Arial" w:hAnsi="Arial"/>
                <w:b/>
                <w:color w:val="1F6FEB"/>
                <w:sz w:val="22"/>
              </w:rPr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48034E36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52606D"/>
                <w:sz w:val="22"/>
              </w:rPr>
              <w:t>Prompt: Zeros after a decimal can count.</w:t>
            </w:r>
          </w:p>
        </w:tc>
      </w:tr>
      <w:tr w:rsidR="00B24E48" w14:paraId="2E92CA7E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39E20E5C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7.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304DAA80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How many significant figures are in 0.040?</w:t>
            </w:r>
          </w:p>
        </w:tc>
      </w:tr>
      <w:tr w:rsidR="00B24E48" w14:paraId="4D6CC7B4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506EFD05" w14:textId="77777777" w:rsidR="00B24E48" w:rsidRDefault="00B24E48">
            <w:pPr>
              <w:spacing w:after="40"/>
            </w:pPr>
            <w:r>
              <w:rPr>
                <w:rFonts w:ascii="Arial" w:hAnsi="Arial"/>
                <w:b/>
                <w:color w:val="1F6FEB"/>
                <w:sz w:val="22"/>
              </w:rPr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4CED79F7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52606D"/>
                <w:sz w:val="22"/>
              </w:rPr>
              <w:t>Prompt: Start counting at 4.</w:t>
            </w:r>
          </w:p>
        </w:tc>
      </w:tr>
    </w:tbl>
    <w:p w14:paraId="61362F76" w14:textId="77777777" w:rsidR="00B24E48" w:rsidRDefault="00EC5FF6">
      <w:pPr>
        <w:spacing w:before="40" w:after="40"/>
      </w:pPr>
      <w:r>
        <w:rPr>
          <w:rFonts w:ascii="Arial" w:hAnsi="Arial"/>
          <w:b w:val="0"/>
          <w:color w:val="52606D"/>
          <w:sz w:val="22"/>
        </w:rPr>
        <w:t>B. Rounding and precision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4"/>
        <w:gridCol w:w="9751"/>
      </w:tblGrid>
      <w:tr w:rsidR="00B24E48" w14:paraId="290AF977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76C7B15C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1.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65EBFB0C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Round 7,495 to 1 significant figure.</w:t>
            </w:r>
          </w:p>
        </w:tc>
      </w:tr>
      <w:tr w:rsidR="00B24E48" w14:paraId="7343DFBB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2511189C" w14:textId="77777777" w:rsidR="00B24E48" w:rsidRDefault="00B24E48">
            <w:pPr>
              <w:spacing w:after="40"/>
            </w:pPr>
            <w:r>
              <w:rPr>
                <w:rFonts w:ascii="Arial" w:hAnsi="Arial"/>
                <w:b/>
                <w:color w:val="1F6FEB"/>
                <w:sz w:val="22"/>
              </w:rPr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1BE9CC00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52606D"/>
                <w:sz w:val="22"/>
              </w:rPr>
              <w:t>Prompt: Check the second digit.</w:t>
            </w:r>
          </w:p>
        </w:tc>
      </w:tr>
      <w:tr w:rsidR="00B24E48" w14:paraId="15D874DB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0DEB10EF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2.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0DF54804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Round 7,495 to 2 significant figures.</w:t>
            </w:r>
          </w:p>
        </w:tc>
      </w:tr>
      <w:tr w:rsidR="00B24E48" w14:paraId="639F240B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2C07C043" w14:textId="77777777" w:rsidR="00B24E48" w:rsidRDefault="00B24E48">
            <w:pPr>
              <w:spacing w:after="40"/>
            </w:pPr>
            <w:r>
              <w:rPr>
                <w:rFonts w:ascii="Arial" w:hAnsi="Arial"/>
                <w:b/>
                <w:color w:val="1F6FEB"/>
                <w:sz w:val="22"/>
              </w:rPr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4067A7DA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52606D"/>
                <w:sz w:val="22"/>
              </w:rPr>
              <w:t>Prompt: The third digit is 9.</w:t>
            </w:r>
          </w:p>
        </w:tc>
      </w:tr>
      <w:tr w:rsidR="00B24E48" w14:paraId="19891369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6B36AFA2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3.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2BFCBA70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Round 0.004827 to 2 significant figures.</w:t>
            </w:r>
          </w:p>
        </w:tc>
      </w:tr>
      <w:tr w:rsidR="00B24E48" w14:paraId="7467409C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3ABA69E1" w14:textId="77777777" w:rsidR="00B24E48" w:rsidRDefault="00B24E48">
            <w:pPr>
              <w:spacing w:after="40"/>
            </w:pPr>
            <w:r>
              <w:rPr>
                <w:rFonts w:ascii="Arial" w:hAnsi="Arial"/>
                <w:b/>
                <w:color w:val="1F6FEB"/>
                <w:sz w:val="22"/>
              </w:rPr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1C7CA233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52606D"/>
                <w:sz w:val="22"/>
              </w:rPr>
              <w:t>Prompt: First digits are 4 and 8.</w:t>
            </w:r>
          </w:p>
        </w:tc>
      </w:tr>
      <w:tr w:rsidR="00B24E48" w14:paraId="0138F509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3826A8D1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4.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3E27356A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Round 0.09996 to 2 significant figures.</w:t>
            </w:r>
          </w:p>
        </w:tc>
      </w:tr>
      <w:tr w:rsidR="00B24E48" w14:paraId="707BFB54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011CFF5D" w14:textId="77777777" w:rsidR="00B24E48" w:rsidRDefault="00B24E48">
            <w:pPr>
              <w:spacing w:after="40"/>
            </w:pPr>
            <w:r>
              <w:rPr>
                <w:rFonts w:ascii="Arial" w:hAnsi="Arial"/>
                <w:b/>
                <w:color w:val="1F6FEB"/>
                <w:sz w:val="22"/>
              </w:rPr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507D42E4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52606D"/>
                <w:sz w:val="22"/>
              </w:rPr>
              <w:t>Prompt: The third significant digit is 9.</w:t>
            </w:r>
          </w:p>
        </w:tc>
      </w:tr>
      <w:tr w:rsidR="00B24E48" w14:paraId="7870F44C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5F65B695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5.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5C1A4FB7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Round 6.784 to 2 significant figures.</w:t>
            </w:r>
          </w:p>
        </w:tc>
      </w:tr>
      <w:tr w:rsidR="00B24E48" w14:paraId="6CCA0C7C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2058F921" w14:textId="77777777" w:rsidR="00B24E48" w:rsidRDefault="00B24E48">
            <w:pPr>
              <w:spacing w:after="40"/>
            </w:pPr>
            <w:r>
              <w:rPr>
                <w:rFonts w:ascii="Arial" w:hAnsi="Arial"/>
                <w:b/>
                <w:color w:val="1F6FEB"/>
                <w:sz w:val="22"/>
              </w:rPr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105A21A9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52606D"/>
                <w:sz w:val="22"/>
              </w:rPr>
              <w:t>Prompt: Keep 6 and 7.</w:t>
            </w:r>
          </w:p>
        </w:tc>
      </w:tr>
      <w:tr w:rsidR="00B24E48" w14:paraId="693D6E24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1E4DE4D0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6.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2D4FCB77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Round 36,500 to 2 significant figures.</w:t>
            </w:r>
          </w:p>
        </w:tc>
      </w:tr>
      <w:tr w:rsidR="00B24E48" w14:paraId="7680C24D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74B75A14" w14:textId="77777777" w:rsidR="00B24E48" w:rsidRDefault="00B24E48">
            <w:pPr>
              <w:spacing w:after="40"/>
            </w:pPr>
            <w:r>
              <w:rPr>
                <w:rFonts w:ascii="Arial" w:hAnsi="Arial"/>
                <w:b/>
                <w:color w:val="1F6FEB"/>
                <w:sz w:val="22"/>
              </w:rPr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3907ACE6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52606D"/>
                <w:sz w:val="22"/>
              </w:rPr>
              <w:t>Prompt: Look at the third digit.</w:t>
            </w:r>
          </w:p>
        </w:tc>
      </w:tr>
      <w:tr w:rsidR="00B24E48" w14:paraId="654E884E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44AB0081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7.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6F3F2A81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Round 0.006384 to 2 significant figures.</w:t>
            </w:r>
          </w:p>
        </w:tc>
      </w:tr>
      <w:tr w:rsidR="00B24E48" w14:paraId="589192C4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10CFF27A" w14:textId="77777777" w:rsidR="00B24E48" w:rsidRDefault="00B24E48">
            <w:pPr>
              <w:spacing w:after="40"/>
            </w:pPr>
            <w:r>
              <w:rPr>
                <w:rFonts w:ascii="Arial" w:hAnsi="Arial"/>
                <w:b/>
                <w:color w:val="1F6FEB"/>
                <w:sz w:val="22"/>
              </w:rPr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1495F981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52606D"/>
                <w:sz w:val="22"/>
              </w:rPr>
              <w:t>Prompt: Next digit is 8.</w:t>
            </w:r>
          </w:p>
        </w:tc>
      </w:tr>
      <w:tr w:rsidR="00B24E48" w14:paraId="4CE7404A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63B85F4A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8.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332C7DEA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Round 2.50 to 2 significant figures.</w:t>
            </w:r>
          </w:p>
        </w:tc>
      </w:tr>
      <w:tr w:rsidR="00B24E48" w14:paraId="7B40A1EA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5E9A3F42" w14:textId="77777777" w:rsidR="00B24E48" w:rsidRDefault="00B24E48">
            <w:pPr>
              <w:spacing w:after="40"/>
            </w:pPr>
            <w:r>
              <w:rPr>
                <w:rFonts w:ascii="Arial" w:hAnsi="Arial"/>
                <w:b/>
                <w:color w:val="1F6FEB"/>
                <w:sz w:val="22"/>
              </w:rPr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5E79A1CA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52606D"/>
                <w:sz w:val="22"/>
              </w:rPr>
              <w:t>Prompt: Zeros after the decimal can show precision.</w:t>
            </w:r>
          </w:p>
        </w:tc>
      </w:tr>
    </w:tbl>
    <w:p w14:paraId="79907E8C" w14:textId="77777777" w:rsidR="00B24E48" w:rsidRDefault="00EC5FF6">
      <w:r>
        <w:br w:type="page"/>
      </w:r>
    </w:p>
    <w:p w14:paraId="3753BA78" w14:textId="77777777" w:rsidR="00B24E48" w:rsidRDefault="00EC5FF6">
      <w:pPr>
        <w:spacing w:after="40"/>
      </w:pPr>
      <w:r>
        <w:rPr>
          <w:b/>
          <w:color w:val="52606D"/>
          <w:sz w:val="16"/>
        </w:rPr>
        <w:lastRenderedPageBreak/>
        <w:t>UBICLASS COVERREADY</w:t>
      </w:r>
    </w:p>
    <w:p w14:paraId="22255FF1" w14:textId="77777777" w:rsidR="00B24E48" w:rsidRDefault="00EC5FF6">
      <w:pPr>
        <w:spacing w:after="40"/>
      </w:pPr>
      <w:r>
        <w:rPr>
          <w:rFonts w:ascii="Arial" w:hAnsi="Arial"/>
          <w:b w:val="0"/>
          <w:color w:val="52606D"/>
          <w:sz w:val="22"/>
        </w:rPr>
        <w:t>Support route continued</w:t>
      </w:r>
    </w:p>
    <w:p w14:paraId="0EDE6BEF" w14:textId="77777777" w:rsidR="00B24E48" w:rsidRDefault="00EC5FF6">
      <w:pPr>
        <w:spacing w:after="40"/>
      </w:pPr>
      <w:r>
        <w:rPr>
          <w:rFonts w:ascii="Arial" w:hAnsi="Arial"/>
          <w:b w:val="0"/>
          <w:color w:val="52606D"/>
          <w:sz w:val="22"/>
        </w:rPr>
        <w:t>Complete the remaining work if time allows. Show enough working for another person to follow your method.</w:t>
      </w:r>
    </w:p>
    <w:p w14:paraId="05DF58F7" w14:textId="77777777" w:rsidR="00B24E48" w:rsidRDefault="00EC5FF6">
      <w:pPr>
        <w:spacing w:before="40" w:after="40"/>
      </w:pPr>
      <w:r>
        <w:rPr>
          <w:rFonts w:ascii="Arial" w:hAnsi="Arial"/>
          <w:b w:val="0"/>
          <w:color w:val="52606D"/>
          <w:sz w:val="22"/>
        </w:rPr>
        <w:t>C. Explain and check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4"/>
        <w:gridCol w:w="9751"/>
      </w:tblGrid>
      <w:tr w:rsidR="00B24E48" w14:paraId="26721820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6464A47D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1.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0407486C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Is 0.4 written to 1 significant figure?</w:t>
            </w:r>
          </w:p>
        </w:tc>
      </w:tr>
      <w:tr w:rsidR="00B24E48" w14:paraId="5923B573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021442A5" w14:textId="77777777" w:rsidR="00B24E48" w:rsidRDefault="00B24E48">
            <w:pPr>
              <w:spacing w:after="40"/>
            </w:pPr>
            <w:r>
              <w:rPr>
                <w:rFonts w:ascii="Arial" w:hAnsi="Arial"/>
                <w:b/>
                <w:color w:val="1F6FEB"/>
                <w:sz w:val="22"/>
              </w:rPr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5E4D5E33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52606D"/>
                <w:sz w:val="22"/>
              </w:rPr>
              <w:t>Prompt: Count from the first non-zero digit.</w:t>
            </w:r>
          </w:p>
        </w:tc>
      </w:tr>
      <w:tr w:rsidR="00B24E48" w14:paraId="7C2B4C19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49F4F556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2.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5574C80C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A pupil says 45,000 has 2 significant figures. Explain.</w:t>
            </w:r>
          </w:p>
        </w:tc>
      </w:tr>
      <w:tr w:rsidR="00B24E48" w14:paraId="13D394AA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24134FD3" w14:textId="77777777" w:rsidR="00B24E48" w:rsidRDefault="00B24E48">
            <w:pPr>
              <w:spacing w:after="40"/>
            </w:pPr>
            <w:r>
              <w:rPr>
                <w:rFonts w:ascii="Arial" w:hAnsi="Arial"/>
                <w:b/>
                <w:color w:val="1F6FEB"/>
                <w:sz w:val="22"/>
              </w:rPr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13EA0522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52606D"/>
                <w:sz w:val="22"/>
              </w:rPr>
              <w:t>Prompt: The zeros may be ambiguous.</w:t>
            </w:r>
          </w:p>
        </w:tc>
      </w:tr>
      <w:tr w:rsidR="00B24E48" w14:paraId="5712C5A3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36FAF0C9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3.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53F41D3E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Which is more precise: 6.4 or 6.40?</w:t>
            </w:r>
          </w:p>
        </w:tc>
      </w:tr>
      <w:tr w:rsidR="00B24E48" w14:paraId="0D37C81E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0634F08F" w14:textId="77777777" w:rsidR="00B24E48" w:rsidRDefault="00B24E48">
            <w:pPr>
              <w:spacing w:after="40"/>
            </w:pPr>
            <w:r>
              <w:rPr>
                <w:rFonts w:ascii="Arial" w:hAnsi="Arial"/>
                <w:b/>
                <w:color w:val="1F6FEB"/>
                <w:sz w:val="22"/>
              </w:rPr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37FD5878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52606D"/>
                <w:sz w:val="22"/>
              </w:rPr>
              <w:t>Prompt: Count the written significant figures.</w:t>
            </w:r>
          </w:p>
        </w:tc>
      </w:tr>
      <w:tr w:rsidR="00B24E48" w14:paraId="4D15B85F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3004D62E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4.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44996DCA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Explain why 0.00450 has 3 significant figures.</w:t>
            </w:r>
          </w:p>
        </w:tc>
      </w:tr>
      <w:tr w:rsidR="00B24E48" w14:paraId="5919FD1E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554EF41F" w14:textId="77777777" w:rsidR="00B24E48" w:rsidRDefault="00B24E48">
            <w:pPr>
              <w:spacing w:after="40"/>
            </w:pPr>
            <w:r>
              <w:rPr>
                <w:rFonts w:ascii="Arial" w:hAnsi="Arial"/>
                <w:b/>
                <w:color w:val="1F6FEB"/>
                <w:sz w:val="22"/>
              </w:rPr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50F81A69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52606D"/>
                <w:sz w:val="22"/>
              </w:rPr>
              <w:t>Prompt: Leading zeros do not count.</w:t>
            </w:r>
          </w:p>
        </w:tc>
      </w:tr>
      <w:tr w:rsidR="00B24E48" w14:paraId="7066D61E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551052F8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5.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6E4BE396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Round 5,499 to 2 significant figures.</w:t>
            </w:r>
          </w:p>
        </w:tc>
      </w:tr>
      <w:tr w:rsidR="00B24E48" w14:paraId="334F0339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34313B01" w14:textId="77777777" w:rsidR="00B24E48" w:rsidRDefault="00B24E48">
            <w:pPr>
              <w:spacing w:after="40"/>
            </w:pPr>
            <w:r>
              <w:rPr>
                <w:rFonts w:ascii="Arial" w:hAnsi="Arial"/>
                <w:b/>
                <w:color w:val="1F6FEB"/>
                <w:sz w:val="22"/>
              </w:rPr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5FB163D0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52606D"/>
                <w:sz w:val="22"/>
              </w:rPr>
              <w:t>Prompt: The third digit is 9.</w:t>
            </w:r>
          </w:p>
        </w:tc>
      </w:tr>
      <w:tr w:rsidR="00B24E48" w14:paraId="14EE2411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793B6151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6.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761168CB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How can you check a rounding answer?</w:t>
            </w:r>
          </w:p>
        </w:tc>
      </w:tr>
      <w:tr w:rsidR="00B24E48" w14:paraId="3FC71640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0EEA5E72" w14:textId="77777777" w:rsidR="00B24E48" w:rsidRDefault="00B24E48">
            <w:pPr>
              <w:spacing w:after="40"/>
            </w:pPr>
            <w:r>
              <w:rPr>
                <w:rFonts w:ascii="Arial" w:hAnsi="Arial"/>
                <w:b/>
                <w:color w:val="1F6FEB"/>
                <w:sz w:val="22"/>
              </w:rPr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5035ECB7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52606D"/>
                <w:sz w:val="22"/>
              </w:rPr>
              <w:t>Prompt: Compare its size with the original.</w:t>
            </w:r>
          </w:p>
        </w:tc>
      </w:tr>
    </w:tbl>
    <w:p w14:paraId="53AD730F" w14:textId="77777777" w:rsidR="00B24E48" w:rsidRDefault="00EC5FF6">
      <w:pPr>
        <w:spacing w:before="40" w:after="40"/>
      </w:pPr>
      <w:r>
        <w:rPr>
          <w:rFonts w:ascii="Arial" w:hAnsi="Arial"/>
          <w:b w:val="0"/>
          <w:color w:val="52606D"/>
          <w:sz w:val="22"/>
        </w:rPr>
        <w:t>D. Mixed practice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4"/>
        <w:gridCol w:w="9751"/>
      </w:tblGrid>
      <w:tr w:rsidR="00B24E48" w14:paraId="4A1BF9CC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4023F02C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1.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3DC1AD23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Round 3,600,000 to 2 significant figures.</w:t>
            </w:r>
          </w:p>
        </w:tc>
      </w:tr>
      <w:tr w:rsidR="00B24E48" w14:paraId="484459AD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2E4AD809" w14:textId="77777777" w:rsidR="00B24E48" w:rsidRDefault="00B24E48">
            <w:pPr>
              <w:spacing w:after="40"/>
            </w:pPr>
            <w:r>
              <w:rPr>
                <w:rFonts w:ascii="Arial" w:hAnsi="Arial"/>
                <w:b/>
                <w:color w:val="1F6FEB"/>
                <w:sz w:val="22"/>
              </w:rPr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084E8B58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52606D"/>
                <w:sz w:val="22"/>
              </w:rPr>
              <w:t>Prompt: Keep 3 and 6.</w:t>
            </w:r>
          </w:p>
        </w:tc>
      </w:tr>
      <w:tr w:rsidR="00B24E48" w14:paraId="2681901B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01313039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2.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57139D2C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Round 0.0008 to 1 significant figure.</w:t>
            </w:r>
          </w:p>
        </w:tc>
      </w:tr>
      <w:tr w:rsidR="00B24E48" w14:paraId="6F50BC93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5382290F" w14:textId="77777777" w:rsidR="00B24E48" w:rsidRDefault="00B24E48">
            <w:pPr>
              <w:spacing w:after="40"/>
            </w:pPr>
            <w:r>
              <w:rPr>
                <w:rFonts w:ascii="Arial" w:hAnsi="Arial"/>
                <w:b/>
                <w:color w:val="1F6FEB"/>
                <w:sz w:val="22"/>
              </w:rPr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436E08B4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52606D"/>
                <w:sz w:val="22"/>
              </w:rPr>
              <w:t>Prompt: The first non-zero digit is 8.</w:t>
            </w:r>
          </w:p>
        </w:tc>
      </w:tr>
      <w:tr w:rsidR="00B24E48" w14:paraId="66059F66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075F55C8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3.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6F6A8F3A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Round 6,384 to 3 significant figures.</w:t>
            </w:r>
          </w:p>
        </w:tc>
      </w:tr>
      <w:tr w:rsidR="00B24E48" w14:paraId="707E9791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00C10BA9" w14:textId="77777777" w:rsidR="00B24E48" w:rsidRDefault="00B24E48">
            <w:pPr>
              <w:spacing w:after="40"/>
            </w:pPr>
            <w:r>
              <w:rPr>
                <w:rFonts w:ascii="Arial" w:hAnsi="Arial"/>
                <w:b/>
                <w:color w:val="1F6FEB"/>
                <w:sz w:val="22"/>
              </w:rPr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08E912B0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52606D"/>
                <w:sz w:val="22"/>
              </w:rPr>
              <w:t>Prompt: Look at the fourth digit.</w:t>
            </w:r>
          </w:p>
        </w:tc>
      </w:tr>
      <w:tr w:rsidR="00B24E48" w14:paraId="47F89D02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438992C5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4.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0FD05FD1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Round 0.09996 to 3 significant figures.</w:t>
            </w:r>
          </w:p>
        </w:tc>
      </w:tr>
      <w:tr w:rsidR="00B24E48" w14:paraId="34778560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27AC2587" w14:textId="77777777" w:rsidR="00B24E48" w:rsidRDefault="00B24E48">
            <w:pPr>
              <w:spacing w:after="40"/>
            </w:pPr>
            <w:r>
              <w:rPr>
                <w:rFonts w:ascii="Arial" w:hAnsi="Arial"/>
                <w:b/>
                <w:color w:val="1F6FEB"/>
                <w:sz w:val="22"/>
              </w:rPr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122870AE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52606D"/>
                <w:sz w:val="22"/>
              </w:rPr>
              <w:t>Prompt: Keep 9, 9 and 9.</w:t>
            </w:r>
          </w:p>
        </w:tc>
      </w:tr>
      <w:tr w:rsidR="00B24E48" w14:paraId="4AB974C8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68447642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5.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2579BFA2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Which is closer to 10,000: 9,500 or 10,600?</w:t>
            </w:r>
          </w:p>
        </w:tc>
      </w:tr>
      <w:tr w:rsidR="00B24E48" w14:paraId="013FBDB6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47C1E8B5" w14:textId="77777777" w:rsidR="00B24E48" w:rsidRDefault="00B24E48">
            <w:pPr>
              <w:spacing w:after="40"/>
            </w:pPr>
            <w:r>
              <w:rPr>
                <w:rFonts w:ascii="Arial" w:hAnsi="Arial"/>
                <w:b/>
                <w:color w:val="1F6FEB"/>
                <w:sz w:val="22"/>
              </w:rPr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75094F9A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52606D"/>
                <w:sz w:val="22"/>
              </w:rPr>
              <w:t>Prompt: Find each distance.</w:t>
            </w:r>
          </w:p>
        </w:tc>
      </w:tr>
      <w:tr w:rsidR="00B24E48" w14:paraId="6B0ACB2E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055D9EDA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6.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73A3B95B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Write one sentence explaining significant figures.</w:t>
            </w:r>
          </w:p>
        </w:tc>
      </w:tr>
      <w:tr w:rsidR="00B24E48" w14:paraId="7296A75D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18218CB0" w14:textId="77777777" w:rsidR="00B24E48" w:rsidRDefault="00B24E48">
            <w:pPr>
              <w:spacing w:after="40"/>
            </w:pPr>
            <w:r>
              <w:rPr>
                <w:rFonts w:ascii="Arial" w:hAnsi="Arial"/>
                <w:b/>
                <w:color w:val="1F6FEB"/>
                <w:sz w:val="22"/>
              </w:rPr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2" w:type="dxa"/>
              <w:left w:w="90" w:type="dxa"/>
              <w:bottom w:w="10" w:type="dxa"/>
              <w:right w:w="90" w:type="dxa"/>
            </w:tcMar>
          </w:tcPr>
          <w:p w14:paraId="5A1F01D8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52606D"/>
                <w:sz w:val="22"/>
              </w:rPr>
              <w:t>Prompt: They show the precision of a measurement.</w:t>
            </w:r>
          </w:p>
        </w:tc>
      </w:tr>
    </w:tbl>
    <w:p w14:paraId="189F8A35" w14:textId="77777777" w:rsidR="00B24E48" w:rsidRDefault="00EC5FF6">
      <w:r>
        <w:br w:type="page"/>
      </w:r>
    </w:p>
    <w:p w14:paraId="3B85CAA0" w14:textId="77777777" w:rsidR="00B24E48" w:rsidRDefault="00EC5FF6">
      <w:pPr>
        <w:spacing w:after="40"/>
      </w:pPr>
      <w:r>
        <w:rPr>
          <w:b/>
          <w:color w:val="52606D"/>
          <w:sz w:val="16"/>
        </w:rPr>
        <w:lastRenderedPageBreak/>
        <w:t>UBICLASS COVERREADY</w:t>
      </w:r>
    </w:p>
    <w:p w14:paraId="16BB3EE2" w14:textId="77777777" w:rsidR="00B24E48" w:rsidRDefault="00EC5FF6">
      <w:pPr>
        <w:spacing w:after="40"/>
      </w:pPr>
      <w:r>
        <w:rPr>
          <w:rFonts w:ascii="Arial" w:hAnsi="Arial"/>
          <w:b w:val="0"/>
          <w:color w:val="172B4D"/>
          <w:sz w:val="24"/>
        </w:rPr>
        <w:t>Support route answers</w:t>
      </w:r>
    </w:p>
    <w:p w14:paraId="28682704" w14:textId="77777777" w:rsidR="00B24E48" w:rsidRDefault="00EC5FF6">
      <w:pPr>
        <w:spacing w:after="80"/>
      </w:pPr>
      <w:r>
        <w:rPr>
          <w:color w:val="52606D"/>
        </w:rPr>
        <w:t>Answers are grouped by section. Accept equivalent correct methods and explanations.</w:t>
      </w:r>
    </w:p>
    <w:p w14:paraId="3EAD7FCC" w14:textId="77777777" w:rsidR="00B24E48" w:rsidRDefault="00EC5FF6">
      <w:pPr>
        <w:spacing w:after="40" w:line="259" w:lineRule="auto"/>
      </w:pPr>
      <w:r>
        <w:rPr>
          <w:rFonts w:ascii="Arial" w:hAnsi="Arial"/>
          <w:b w:val="0"/>
          <w:color w:val="172B4D"/>
          <w:sz w:val="24"/>
        </w:rPr>
        <w:t>A: 5,000; 4,800; 0.05; 0.047; 5,600; 3 s.f.; 2 s.f.</w:t>
      </w:r>
    </w:p>
    <w:p w14:paraId="210C898E" w14:textId="77777777" w:rsidR="00B24E48" w:rsidRDefault="00EC5FF6">
      <w:pPr>
        <w:spacing w:after="40" w:line="259" w:lineRule="auto"/>
      </w:pPr>
      <w:r>
        <w:rPr>
          <w:rFonts w:ascii="Arial" w:hAnsi="Arial"/>
          <w:b w:val="0"/>
          <w:color w:val="172B4D"/>
          <w:sz w:val="24"/>
        </w:rPr>
        <w:t>B: 7,000; 7,500; 0.0048; 0.10; 6.8; 37,000; 0.0064; 2.5.</w:t>
      </w:r>
    </w:p>
    <w:p w14:paraId="7905DB42" w14:textId="77777777" w:rsidR="00B24E48" w:rsidRDefault="00EC5FF6">
      <w:pPr>
        <w:spacing w:after="40" w:line="259" w:lineRule="auto"/>
      </w:pPr>
      <w:r>
        <w:rPr>
          <w:rFonts w:ascii="Arial" w:hAnsi="Arial"/>
          <w:b w:val="0"/>
          <w:color w:val="172B4D"/>
          <w:sz w:val="24"/>
        </w:rPr>
        <w:t>C: yes; zeros may be placeholders; 6.40; leading zeros do not count; 5,500; compare size.</w:t>
      </w:r>
    </w:p>
    <w:p w14:paraId="70B96889" w14:textId="77777777" w:rsidR="00B24E48" w:rsidRDefault="00EC5FF6">
      <w:pPr>
        <w:spacing w:after="40" w:line="259" w:lineRule="auto"/>
      </w:pPr>
      <w:r>
        <w:rPr>
          <w:rFonts w:ascii="Arial" w:hAnsi="Arial"/>
          <w:b w:val="0"/>
          <w:color w:val="172B4D"/>
          <w:sz w:val="24"/>
        </w:rPr>
        <w:t>D: 3,600,000; 0.0008; 6,380; 0.100; 10,600; answers vary.</w:t>
      </w:r>
    </w:p>
    <w:p w14:paraId="13EC4FD3" w14:textId="77777777" w:rsidR="00B24E48" w:rsidRDefault="00EC5FF6">
      <w:r>
        <w:br w:type="page"/>
      </w:r>
    </w:p>
    <w:p w14:paraId="6BBF1576" w14:textId="77777777" w:rsidR="00B24E48" w:rsidRDefault="00EC5FF6">
      <w:pPr>
        <w:spacing w:after="40"/>
      </w:pPr>
      <w:r>
        <w:rPr>
          <w:b/>
          <w:color w:val="52606D"/>
          <w:sz w:val="16"/>
        </w:rPr>
        <w:lastRenderedPageBreak/>
        <w:t>UBICLASS COVERREADY</w:t>
      </w:r>
    </w:p>
    <w:p w14:paraId="1CA73878" w14:textId="77777777" w:rsidR="00B24E48" w:rsidRDefault="00EC5FF6">
      <w:pPr>
        <w:spacing w:after="40"/>
      </w:pPr>
      <w:r>
        <w:rPr>
          <w:rFonts w:ascii="Arial" w:hAnsi="Arial"/>
          <w:b w:val="0"/>
          <w:color w:val="172B4D"/>
          <w:sz w:val="24"/>
        </w:rPr>
        <w:t>Significant figures - Core route</w:t>
      </w:r>
    </w:p>
    <w:p w14:paraId="562E1CF3" w14:textId="77777777" w:rsidR="00B24E48" w:rsidRDefault="00EC5FF6">
      <w:pPr>
        <w:spacing w:after="40"/>
      </w:pPr>
      <w:r>
        <w:rPr>
          <w:rFonts w:ascii="Arial" w:hAnsi="Arial"/>
          <w:b w:val="0"/>
          <w:color w:val="172B4D"/>
          <w:sz w:val="24"/>
        </w:rPr>
        <w:t>Work independently. Use this worksheet only if your teacher assigned the Core route.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40"/>
      </w:tblGrid>
      <w:tr w:rsidR="00B24E48" w14:paraId="63EF2C14" w14:textId="77777777">
        <w:trPr>
          <w:jc w:val="center"/>
        </w:trPr>
        <w:tc>
          <w:tcPr>
            <w:tcW w:w="10540" w:type="dxa"/>
            <w:tcBorders>
              <w:top w:val="single" w:sz="6" w:space="0" w:color="1F6FEB"/>
              <w:left w:val="single" w:sz="6" w:space="0" w:color="1F6FEB"/>
              <w:bottom w:val="single" w:sz="6" w:space="0" w:color="1F6FEB"/>
              <w:right w:val="single" w:sz="6" w:space="0" w:color="1F6FEB"/>
            </w:tcBorders>
            <w:shd w:val="clear" w:color="auto" w:fill="F8FAFC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52606D"/>
                <w:sz w:val="22"/>
              </w:rPr>
              <w:t>Department / teacher instructions:</w:t>
            </w:r>
          </w:p>
        </w:tc>
      </w:tr>
      <w:tr w:rsidR="00B24E48" w14:paraId="2B75FA24" w14:textId="77777777">
        <w:trPr>
          <w:jc w:val="center"/>
        </w:trPr>
        <w:tc>
          <w:tcPr>
            <w:tcW w:w="10540" w:type="dxa"/>
            <w:tcBorders>
              <w:top w:val="single" w:sz="6" w:space="0" w:color="1F6FEB"/>
              <w:left w:val="single" w:sz="6" w:space="0" w:color="1F6FEB"/>
              <w:bottom w:val="single" w:sz="6" w:space="0" w:color="1F6FEB"/>
              <w:right w:val="single" w:sz="6" w:space="0" w:color="1F6FEB"/>
            </w:tcBorders>
            <w:shd w:val="clear" w:color="auto" w:fill="F8FAFC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52606D"/>
                <w:sz w:val="22"/>
              </w:rPr>
              <w:t>Editable toolkit / reminders:</w:t>
            </w:r>
          </w:p>
        </w:tc>
      </w:tr>
    </w:tbl>
    <w:p w14:paraId="680A0959" w14:textId="77777777" w:rsidR="00B24E48" w:rsidRDefault="00B24E48">
      <w:pPr>
        <w:spacing w:after="40"/>
      </w:pPr>
      <w:r>
        <w:rPr>
          <w:rFonts w:ascii="Arial" w:hAnsi="Arial"/>
          <w:b w:val="0"/>
          <w:color w:val="808080"/>
          <w:sz w:val="20"/>
        </w:rPr>
        <w:t>Name: ______________________________    Class: __________________    Date: ________________</w:t>
      </w:r>
    </w:p>
    <w:p w14:paraId="6415861A" w14:textId="77777777" w:rsidR="00B24E48" w:rsidRDefault="00EC5FF6">
      <w:pPr>
        <w:spacing w:before="40" w:after="40"/>
      </w:pPr>
      <w:r>
        <w:rPr>
          <w:b/>
          <w:sz w:val="22"/>
        </w:rPr>
        <w:t>A. Conversions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4"/>
        <w:gridCol w:w="9751"/>
      </w:tblGrid>
      <w:tr w:rsidR="00B24E48" w14:paraId="1AC5B34A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28C68D6E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1.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642C83B5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Round 58,763 to 2 significant figures.</w:t>
            </w:r>
          </w:p>
        </w:tc>
      </w:tr>
      <w:tr w:rsidR="00B24E48" w14:paraId="794CDC72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2D7BCD04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2.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0174CF99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Round 0.004827 to 2 significant figures.</w:t>
            </w:r>
          </w:p>
        </w:tc>
      </w:tr>
      <w:tr w:rsidR="00B24E48" w14:paraId="29D3DAB0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14B206A4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3.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0CB57EF3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Round 7,495 to 3 significant figures.</w:t>
            </w:r>
          </w:p>
        </w:tc>
      </w:tr>
      <w:tr w:rsidR="00B24E48" w14:paraId="66408DD5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3F79646F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4.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2F0ECFA4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Round 0.09996 to 3 significant figures.</w:t>
            </w:r>
          </w:p>
        </w:tc>
      </w:tr>
      <w:tr w:rsidR="00B24E48" w14:paraId="5D074367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558E1A9D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5.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479FEB00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How many significant figures are in 0.04050?</w:t>
            </w:r>
          </w:p>
        </w:tc>
      </w:tr>
      <w:tr w:rsidR="00B24E48" w14:paraId="09F67C8B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7AB1AF8A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6.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0DA83B45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A length is 6.784 m. Give it to 2 significant figures.</w:t>
            </w:r>
          </w:p>
        </w:tc>
      </w:tr>
    </w:tbl>
    <w:p w14:paraId="501495FF" w14:textId="77777777" w:rsidR="00B24E48" w:rsidRDefault="00EC5FF6">
      <w:pPr>
        <w:spacing w:before="40" w:after="40"/>
      </w:pPr>
      <w:r>
        <w:rPr>
          <w:rFonts w:ascii="Arial" w:hAnsi="Arial"/>
          <w:b w:val="0"/>
          <w:color w:val="172B4D"/>
          <w:sz w:val="24"/>
        </w:rPr>
        <w:t>B. Rounding calculations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4"/>
        <w:gridCol w:w="9751"/>
      </w:tblGrid>
      <w:tr w:rsidR="00B24E48" w14:paraId="75761CEF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40CB25A3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1.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4C6FBB6D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Round 3,650 to 2 significant figures.</w:t>
            </w:r>
          </w:p>
        </w:tc>
      </w:tr>
      <w:tr w:rsidR="00B24E48" w14:paraId="7DA2CF78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4F4102F2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2.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0C1ADD27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Round 0.000739 to 2 significant figures.</w:t>
            </w:r>
          </w:p>
        </w:tc>
      </w:tr>
      <w:tr w:rsidR="00B24E48" w14:paraId="1CEC8CB4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69FE3889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3.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58CBC90B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Round 849,500 to 3 significant figures.</w:t>
            </w:r>
          </w:p>
        </w:tc>
      </w:tr>
      <w:tr w:rsidR="00B24E48" w14:paraId="0D41E913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39DEA9D6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4.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2E26456B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Round 0.005049 to 3 significant figures.</w:t>
            </w:r>
          </w:p>
        </w:tc>
      </w:tr>
      <w:tr w:rsidR="00B24E48" w14:paraId="318AB15D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34973128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5.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2745884D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Round 2.995 to 3 significant figures.</w:t>
            </w:r>
          </w:p>
        </w:tc>
      </w:tr>
      <w:tr w:rsidR="00B24E48" w14:paraId="6D531F15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30C309E3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6.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455F1FC8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Round 0.9996 to 3 significant figures.</w:t>
            </w:r>
          </w:p>
        </w:tc>
      </w:tr>
      <w:tr w:rsidR="00B24E48" w14:paraId="3372B8C7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28DC6A42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7.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2AE522BF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A mass is 4.683 g. Give it to 3 significant figures.</w:t>
            </w:r>
          </w:p>
        </w:tc>
      </w:tr>
      <w:tr w:rsidR="00B24E48" w14:paraId="51041428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53277765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8.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2C1C3403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A distance is 0.006784 km. Give it to 2 significant figures.</w:t>
            </w:r>
          </w:p>
        </w:tc>
      </w:tr>
    </w:tbl>
    <w:p w14:paraId="70837857" w14:textId="77777777" w:rsidR="00D44B0E" w:rsidRDefault="00D44B0E" w:rsidP="00D44B0E"/>
    <w:p w14:paraId="3CB1D770" w14:textId="77777777" w:rsidR="00D44B0E" w:rsidRDefault="00D44B0E" w:rsidP="00D44B0E"/>
    <w:p w14:paraId="67ECF54E" w14:textId="7EAC8D33" w:rsidR="00B24E48" w:rsidRDefault="00EC5FF6" w:rsidP="00D44B0E">
      <w:pPr>
        <w:spacing w:after="40"/>
      </w:pPr>
      <w:r>
        <w:rPr>
          <w:rFonts w:ascii="Arial" w:hAnsi="Arial"/>
          <w:b w:val="0"/>
          <w:color w:val="172B4D"/>
          <w:sz w:val="24"/>
        </w:rPr>
        <w:t>Complete the remaining work if time allows. Show enough working for another person to follow your method.</w:t>
      </w:r>
    </w:p>
    <w:p w14:paraId="088BAD45" w14:textId="77777777" w:rsidR="00B24E48" w:rsidRDefault="00EC5FF6">
      <w:pPr>
        <w:spacing w:before="40" w:after="40"/>
      </w:pPr>
      <w:r>
        <w:rPr>
          <w:rFonts w:ascii="Arial" w:hAnsi="Arial"/>
          <w:b w:val="0"/>
          <w:color w:val="172B4D"/>
          <w:sz w:val="24"/>
        </w:rPr>
        <w:t>C. Compare and reason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4"/>
        <w:gridCol w:w="9751"/>
      </w:tblGrid>
      <w:tr w:rsidR="00B24E48" w14:paraId="345BA7BD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7182F42C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1.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47DE4075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Which is more precise: 4.5 or 4.50? Explain.</w:t>
            </w:r>
          </w:p>
        </w:tc>
      </w:tr>
      <w:tr w:rsidR="00B24E48" w14:paraId="4ECAB5EB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3B3ED254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2.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7417C418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Explain why 72,000 is not always clear to a reader.</w:t>
            </w:r>
          </w:p>
        </w:tc>
      </w:tr>
      <w:tr w:rsidR="00B24E48" w14:paraId="523B6DF6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51B1D31C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3.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2DFCB1BD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A pupil rounds 0.00056 to 5.6 × 10⁻⁴. Is this 2 significant figures?</w:t>
            </w:r>
          </w:p>
        </w:tc>
      </w:tr>
      <w:tr w:rsidR="00B24E48" w14:paraId="10DA5BE1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4CF64916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4.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1F5EBF37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Find a number that rounds to 7,000 to 1 significant figure.</w:t>
            </w:r>
          </w:p>
        </w:tc>
      </w:tr>
      <w:tr w:rsidR="00B24E48" w14:paraId="1B5E4DF6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24037160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5.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332130EA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Give the greatest and least possible values of 4.6 correct to 2 s.f.</w:t>
            </w:r>
          </w:p>
        </w:tc>
      </w:tr>
      <w:tr w:rsidR="00B24E48" w14:paraId="6B93A6F6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0BE19EC0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6.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6993F10E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Explain why 0.00450 has more precision than 0.0045.</w:t>
            </w:r>
          </w:p>
        </w:tc>
      </w:tr>
    </w:tbl>
    <w:p w14:paraId="1A791565" w14:textId="77777777" w:rsidR="00B24E48" w:rsidRDefault="00EC5FF6">
      <w:pPr>
        <w:spacing w:before="40" w:after="40"/>
      </w:pPr>
      <w:r>
        <w:rPr>
          <w:rFonts w:ascii="Arial" w:hAnsi="Arial"/>
          <w:b w:val="0"/>
          <w:color w:val="172B4D"/>
          <w:sz w:val="24"/>
        </w:rPr>
        <w:t>D. Mixed and check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4"/>
        <w:gridCol w:w="9751"/>
      </w:tblGrid>
      <w:tr w:rsidR="00B24E48" w14:paraId="63F4D352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32367811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1.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6EA8FCBD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Round 36,500 to 2 significant figures.</w:t>
            </w:r>
          </w:p>
        </w:tc>
      </w:tr>
      <w:tr w:rsidR="00B24E48" w14:paraId="16976896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425BE9F3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2.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5B2ADE1A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Round 0.00396 to 1 significant figure.</w:t>
            </w:r>
          </w:p>
        </w:tc>
      </w:tr>
      <w:tr w:rsidR="00B24E48" w14:paraId="068C06F4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4993ED80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3.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4B0B2B61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Round 49,950 to 3 significant figures.</w:t>
            </w:r>
          </w:p>
        </w:tc>
      </w:tr>
      <w:tr w:rsidR="00B24E48" w14:paraId="5565432B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44F36288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4.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4817D578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Round 0.000684 to 2 significant figures.</w:t>
            </w:r>
          </w:p>
        </w:tc>
      </w:tr>
      <w:tr w:rsidR="00B24E48" w14:paraId="55D8463D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28CEBC03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5.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1E0F8E71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Which is closer to 1: 0.96 or 1.04?</w:t>
            </w:r>
          </w:p>
        </w:tc>
      </w:tr>
      <w:tr w:rsidR="00B24E48" w14:paraId="36622358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650B6D0C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6.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02634BDE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Create a measurement that rounds to 12.0 to 3 significant figures.</w:t>
            </w:r>
          </w:p>
        </w:tc>
      </w:tr>
    </w:tbl>
    <w:p w14:paraId="6DF2BA70" w14:textId="77777777" w:rsidR="00B24E48" w:rsidRDefault="00EC5FF6">
      <w:r>
        <w:br w:type="page"/>
      </w:r>
    </w:p>
    <w:p w14:paraId="13E758DF" w14:textId="77777777" w:rsidR="00B24E48" w:rsidRDefault="00EC5FF6">
      <w:pPr>
        <w:spacing w:after="40"/>
      </w:pPr>
      <w:r>
        <w:rPr>
          <w:b/>
          <w:color w:val="52606D"/>
          <w:sz w:val="16"/>
        </w:rPr>
        <w:lastRenderedPageBreak/>
        <w:t>UBICLASS COVERREADY</w:t>
      </w:r>
    </w:p>
    <w:p w14:paraId="2D4911FE" w14:textId="77777777" w:rsidR="00B24E48" w:rsidRDefault="00EC5FF6">
      <w:pPr>
        <w:spacing w:after="40"/>
      </w:pPr>
      <w:r>
        <w:rPr>
          <w:rFonts w:ascii="Arial" w:hAnsi="Arial"/>
          <w:b w:val="0"/>
          <w:color w:val="172B4D"/>
          <w:sz w:val="24"/>
        </w:rPr>
        <w:t>Core route answers</w:t>
      </w:r>
    </w:p>
    <w:p w14:paraId="674412D7" w14:textId="77777777" w:rsidR="00B24E48" w:rsidRDefault="00EC5FF6">
      <w:pPr>
        <w:spacing w:after="80"/>
      </w:pPr>
      <w:r>
        <w:rPr>
          <w:color w:val="52606D"/>
        </w:rPr>
        <w:t>Answers are grouped by section. Accept equivalent correct methods and explanations.</w:t>
      </w:r>
    </w:p>
    <w:p w14:paraId="3993AC94" w14:textId="77777777" w:rsidR="00B24E48" w:rsidRDefault="00EC5FF6">
      <w:pPr>
        <w:spacing w:after="40" w:line="259" w:lineRule="auto"/>
      </w:pPr>
      <w:r>
        <w:rPr>
          <w:rFonts w:ascii="Arial" w:hAnsi="Arial"/>
          <w:b w:val="0"/>
          <w:color w:val="172B4D"/>
          <w:sz w:val="24"/>
        </w:rPr>
        <w:t>A: 59,000; 0.0048; 7,500; 0.100; 4 s.f.; 6.8 m.</w:t>
      </w:r>
    </w:p>
    <w:p w14:paraId="715087DF" w14:textId="77777777" w:rsidR="00B24E48" w:rsidRDefault="00EC5FF6">
      <w:pPr>
        <w:spacing w:after="40" w:line="259" w:lineRule="auto"/>
      </w:pPr>
      <w:r>
        <w:rPr>
          <w:rFonts w:ascii="Arial" w:hAnsi="Arial"/>
          <w:b w:val="0"/>
          <w:color w:val="172B4D"/>
          <w:sz w:val="24"/>
        </w:rPr>
        <w:t>B: 3,700; 0.00074; 850,000; 0.00505; 3.00; 1.00; 4.68 g; 0.0068 km.</w:t>
      </w:r>
    </w:p>
    <w:p w14:paraId="39797B9C" w14:textId="77777777" w:rsidR="00B24E48" w:rsidRDefault="00EC5FF6">
      <w:pPr>
        <w:spacing w:after="40" w:line="259" w:lineRule="auto"/>
      </w:pPr>
      <w:r>
        <w:rPr>
          <w:rFonts w:ascii="Arial" w:hAnsi="Arial"/>
          <w:b w:val="0"/>
          <w:color w:val="172B4D"/>
          <w:sz w:val="24"/>
        </w:rPr>
        <w:t>C: 4.50; zeros may be ambiguous; yes; answers vary; 4.55 ≤ x &lt; 4.65; 0.00450 records more precision.</w:t>
      </w:r>
    </w:p>
    <w:p w14:paraId="0487E46B" w14:textId="77777777" w:rsidR="00B24E48" w:rsidRDefault="00EC5FF6">
      <w:pPr>
        <w:spacing w:after="40" w:line="259" w:lineRule="auto"/>
      </w:pPr>
      <w:r>
        <w:rPr>
          <w:rFonts w:ascii="Arial" w:hAnsi="Arial"/>
          <w:b w:val="0"/>
          <w:color w:val="172B4D"/>
          <w:sz w:val="24"/>
        </w:rPr>
        <w:t>D: 37,000; 0.004; 50,000; 0.00068; equal distance; answers vary.</w:t>
      </w:r>
    </w:p>
    <w:p w14:paraId="6C52A10E" w14:textId="77777777" w:rsidR="00B24E48" w:rsidRDefault="00EC5FF6">
      <w:r>
        <w:br w:type="page"/>
      </w:r>
    </w:p>
    <w:p w14:paraId="38F97B2A" w14:textId="77777777" w:rsidR="00B24E48" w:rsidRDefault="00EC5FF6">
      <w:pPr>
        <w:spacing w:after="40"/>
      </w:pPr>
      <w:r>
        <w:rPr>
          <w:b/>
          <w:color w:val="52606D"/>
          <w:sz w:val="16"/>
        </w:rPr>
        <w:lastRenderedPageBreak/>
        <w:t>UBICLASS COVERREADY</w:t>
      </w:r>
    </w:p>
    <w:p w14:paraId="55F6D572" w14:textId="77777777" w:rsidR="00B24E48" w:rsidRDefault="00EC5FF6">
      <w:pPr>
        <w:spacing w:after="40"/>
      </w:pPr>
      <w:r>
        <w:rPr>
          <w:rFonts w:ascii="Arial" w:hAnsi="Arial"/>
          <w:b w:val="0"/>
          <w:color w:val="172B4D"/>
          <w:sz w:val="24"/>
        </w:rPr>
        <w:t>Significant figures - Stretch route</w:t>
      </w:r>
    </w:p>
    <w:p w14:paraId="7967526C" w14:textId="77777777" w:rsidR="00B24E48" w:rsidRDefault="00EC5FF6">
      <w:pPr>
        <w:spacing w:after="40"/>
      </w:pPr>
      <w:r>
        <w:rPr>
          <w:rFonts w:ascii="Arial" w:hAnsi="Arial"/>
          <w:b w:val="0"/>
          <w:color w:val="172B4D"/>
          <w:sz w:val="24"/>
        </w:rPr>
        <w:t>Choose efficient methods. Use this worksheet only if your teacher assigned the Stretch route.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40"/>
      </w:tblGrid>
      <w:tr w:rsidR="00B24E48" w14:paraId="11AB8BD1" w14:textId="77777777">
        <w:trPr>
          <w:jc w:val="center"/>
        </w:trPr>
        <w:tc>
          <w:tcPr>
            <w:tcW w:w="10540" w:type="dxa"/>
            <w:tcBorders>
              <w:top w:val="single" w:sz="6" w:space="0" w:color="C2410C"/>
              <w:left w:val="single" w:sz="6" w:space="0" w:color="C2410C"/>
              <w:bottom w:val="single" w:sz="6" w:space="0" w:color="C2410C"/>
              <w:right w:val="single" w:sz="6" w:space="0" w:color="C2410C"/>
            </w:tcBorders>
            <w:shd w:val="clear" w:color="auto" w:fill="F8FAFC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52606D"/>
                <w:sz w:val="22"/>
              </w:rPr>
              <w:t>Department / teacher instructions:</w:t>
            </w:r>
          </w:p>
        </w:tc>
      </w:tr>
      <w:tr w:rsidR="00B24E48" w14:paraId="3E15CA5B" w14:textId="77777777">
        <w:trPr>
          <w:jc w:val="center"/>
        </w:trPr>
        <w:tc>
          <w:tcPr>
            <w:tcW w:w="10540" w:type="dxa"/>
            <w:tcBorders>
              <w:top w:val="single" w:sz="6" w:space="0" w:color="C2410C"/>
              <w:left w:val="single" w:sz="6" w:space="0" w:color="C2410C"/>
              <w:bottom w:val="single" w:sz="6" w:space="0" w:color="C2410C"/>
              <w:right w:val="single" w:sz="6" w:space="0" w:color="C2410C"/>
            </w:tcBorders>
            <w:shd w:val="clear" w:color="auto" w:fill="F8FAFC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52606D"/>
                <w:sz w:val="22"/>
              </w:rPr>
              <w:t>Editable toolkit / reminders:</w:t>
            </w:r>
          </w:p>
        </w:tc>
      </w:tr>
    </w:tbl>
    <w:p w14:paraId="6500E1BE" w14:textId="77777777" w:rsidR="00B24E48" w:rsidRDefault="00B24E48">
      <w:pPr>
        <w:spacing w:after="40"/>
      </w:pPr>
      <w:r>
        <w:rPr>
          <w:rFonts w:ascii="Arial" w:hAnsi="Arial"/>
          <w:b w:val="0"/>
          <w:color w:val="808080"/>
          <w:sz w:val="20"/>
        </w:rPr>
        <w:t>Name: ______________________________    Class: __________________    Date: ________________</w:t>
      </w:r>
    </w:p>
    <w:p w14:paraId="6DE12A4F" w14:textId="77777777" w:rsidR="00B24E48" w:rsidRDefault="00EC5FF6">
      <w:pPr>
        <w:spacing w:before="40" w:after="40"/>
      </w:pPr>
      <w:r>
        <w:rPr>
          <w:b/>
          <w:sz w:val="22"/>
        </w:rPr>
        <w:t>A. Flexible conversion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4"/>
        <w:gridCol w:w="9751"/>
      </w:tblGrid>
      <w:tr w:rsidR="00B24E48" w14:paraId="4B5BAA70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7221154D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1.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7A3B2DDF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Round 0.0007396 to 2 significant figures.</w:t>
            </w:r>
          </w:p>
        </w:tc>
      </w:tr>
      <w:tr w:rsidR="00B24E48" w14:paraId="4D52ACD0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16A67038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2.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0A2BCC8B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Round 999,500 to 3 significant figures.</w:t>
            </w:r>
          </w:p>
        </w:tc>
      </w:tr>
      <w:tr w:rsidR="00B24E48" w14:paraId="404CEF77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77BC89DE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3.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1701EF7B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Find the greatest and least possible values of 4.6 correct to 2 s.f.</w:t>
            </w:r>
          </w:p>
        </w:tc>
      </w:tr>
      <w:tr w:rsidR="00B24E48" w14:paraId="39593DFE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628B8165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4.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1CEFDF61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A pupil says 0.00450 has 2 significant figures. Explain.</w:t>
            </w:r>
          </w:p>
        </w:tc>
      </w:tr>
      <w:tr w:rsidR="00B24E48" w14:paraId="7AAC3D82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2FAC0421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5.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75272B12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Which is more accurate: 6.4 or 6.40? Explain.</w:t>
            </w:r>
          </w:p>
        </w:tc>
      </w:tr>
      <w:tr w:rsidR="00B24E48" w14:paraId="16CDF754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3CC09AB0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6.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43FB3285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Create a number that rounds to 7,000 to 1 significant figure.</w:t>
            </w:r>
          </w:p>
        </w:tc>
      </w:tr>
    </w:tbl>
    <w:p w14:paraId="76961147" w14:textId="77777777" w:rsidR="00B24E48" w:rsidRDefault="00EC5FF6">
      <w:pPr>
        <w:spacing w:before="40" w:after="40"/>
      </w:pPr>
      <w:r>
        <w:rPr>
          <w:rFonts w:ascii="Arial" w:hAnsi="Arial"/>
          <w:b w:val="0"/>
          <w:color w:val="172B4D"/>
          <w:sz w:val="24"/>
        </w:rPr>
        <w:t>B. Applied accuracy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4"/>
        <w:gridCol w:w="9751"/>
      </w:tblGrid>
      <w:tr w:rsidR="00B24E48" w14:paraId="7D44E5A1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7621C0BC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1.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07EBD487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A population is 4,683,000. Give a sensible answer to 3 significant figures.</w:t>
            </w:r>
          </w:p>
        </w:tc>
      </w:tr>
      <w:tr w:rsidR="00B24E48" w14:paraId="0E5CBD11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572A403B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2.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0AEF0342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A measurement is 0.000684 m. Give it to 2 significant figures.</w:t>
            </w:r>
          </w:p>
        </w:tc>
      </w:tr>
      <w:tr w:rsidR="00B24E48" w14:paraId="43045B68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16CDF099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3.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7593D2A1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Round 2.995 to 3 significant figures and explain the carry.</w:t>
            </w:r>
          </w:p>
        </w:tc>
      </w:tr>
      <w:tr w:rsidR="00B24E48" w14:paraId="21F71996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1933746F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4.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66067D05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A calculator gives 0.09996. Give a suitable answer to 2 significant figures.</w:t>
            </w:r>
          </w:p>
        </w:tc>
      </w:tr>
      <w:tr w:rsidR="00B24E48" w14:paraId="7BC366ED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1F9D5122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5.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713E3D52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Explain when writing trailing zeros is important.</w:t>
            </w:r>
          </w:p>
        </w:tc>
      </w:tr>
      <w:tr w:rsidR="00B24E48" w14:paraId="6BC02D91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125080EB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6.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356E83B9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Compare 3.0 and 3.00 in terms of precision.</w:t>
            </w:r>
          </w:p>
        </w:tc>
      </w:tr>
    </w:tbl>
    <w:p w14:paraId="31263693" w14:textId="77777777" w:rsidR="00D44B0E" w:rsidRDefault="00D44B0E" w:rsidP="00D44B0E"/>
    <w:p w14:paraId="3917D571" w14:textId="77777777" w:rsidR="00D44B0E" w:rsidRDefault="00D44B0E" w:rsidP="00D44B0E"/>
    <w:p w14:paraId="766F6ABA" w14:textId="2208725B" w:rsidR="00B24E48" w:rsidRDefault="00EC5FF6" w:rsidP="00D44B0E">
      <w:pPr>
        <w:spacing w:after="40"/>
      </w:pPr>
      <w:r>
        <w:rPr>
          <w:rFonts w:ascii="Arial" w:hAnsi="Arial"/>
          <w:b w:val="0"/>
          <w:color w:val="172B4D"/>
          <w:sz w:val="24"/>
        </w:rPr>
        <w:t>Complete the remaining work if time allows. Show enough working for another person to follow your method.</w:t>
      </w:r>
    </w:p>
    <w:p w14:paraId="2B5E4AEC" w14:textId="77777777" w:rsidR="00B24E48" w:rsidRDefault="00EC5FF6">
      <w:pPr>
        <w:spacing w:before="40" w:after="40"/>
      </w:pPr>
      <w:r>
        <w:rPr>
          <w:rFonts w:ascii="Arial" w:hAnsi="Arial"/>
          <w:b w:val="0"/>
          <w:color w:val="172B4D"/>
          <w:sz w:val="24"/>
        </w:rPr>
        <w:t>C. Reasoning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4"/>
        <w:gridCol w:w="9751"/>
      </w:tblGrid>
      <w:tr w:rsidR="00B24E48" w14:paraId="383B1A68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5B6D0232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1.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7FFA166C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Without calculating exactly, decide whether 4.6 × 3.2 is closer to 10 or 20.</w:t>
            </w:r>
          </w:p>
        </w:tc>
      </w:tr>
      <w:tr w:rsidR="00B24E48" w14:paraId="06B3752E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4E70D448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2.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598CB974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Which is closer to 10⁶: 9.8 × 10⁵ or 1.2 × 10⁶?</w:t>
            </w:r>
          </w:p>
        </w:tc>
      </w:tr>
      <w:tr w:rsidR="00B24E48" w14:paraId="438513DC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2DA3179D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3.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64CDBAD3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A pupil gives 0.00032 as 3.2 × 10⁻⁵. Explain the mistake.</w:t>
            </w:r>
          </w:p>
        </w:tc>
      </w:tr>
      <w:tr w:rsidR="00B24E48" w14:paraId="42160968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6357A547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4.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346C8423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Why must the first significant digit be non-zero?</w:t>
            </w:r>
          </w:p>
        </w:tc>
      </w:tr>
      <w:tr w:rsidR="00B24E48" w14:paraId="50EF41DB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6273BAB0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5.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0CCDDEF6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Find two numbers that round to 500 to 1 significant figure.</w:t>
            </w:r>
          </w:p>
        </w:tc>
      </w:tr>
      <w:tr w:rsidR="00B24E48" w14:paraId="068C1BA1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05BE5B22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6.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72BAE264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Explain how rounding affects the accuracy of a calculation.</w:t>
            </w:r>
          </w:p>
        </w:tc>
      </w:tr>
    </w:tbl>
    <w:p w14:paraId="480CA85C" w14:textId="77777777" w:rsidR="00B24E48" w:rsidRDefault="00EC5FF6">
      <w:pPr>
        <w:spacing w:before="40" w:after="40"/>
      </w:pPr>
      <w:r>
        <w:rPr>
          <w:rFonts w:ascii="Arial" w:hAnsi="Arial"/>
          <w:b w:val="0"/>
          <w:color w:val="172B4D"/>
          <w:sz w:val="24"/>
        </w:rPr>
        <w:t>D. Challenge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4"/>
        <w:gridCol w:w="9751"/>
      </w:tblGrid>
      <w:tr w:rsidR="00B24E48" w14:paraId="70C8F105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28A3A618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1.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2927A3F0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A length is 12.46 cm correct to 4 s.f. Give an interval.</w:t>
            </w:r>
          </w:p>
        </w:tc>
      </w:tr>
      <w:tr w:rsidR="00B24E48" w14:paraId="15A38D5C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67D34DEA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2.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30610903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A mass is 0.0350 kg correct to 3 s.f. Give an interval.</w:t>
            </w:r>
          </w:p>
        </w:tc>
      </w:tr>
      <w:tr w:rsidR="00B24E48" w14:paraId="325BE8E2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3E72D106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3.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55C99B69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A pupil says 6.40 and 6.4 are identical measurements. Discuss.</w:t>
            </w:r>
          </w:p>
        </w:tc>
      </w:tr>
      <w:tr w:rsidR="00B24E48" w14:paraId="5411DF11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0B01E27F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4.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625AE50C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Find the smallest number that rounds to 70,000 to 1 significant figure.</w:t>
            </w:r>
          </w:p>
        </w:tc>
      </w:tr>
      <w:tr w:rsidR="00B24E48" w14:paraId="07FC2CE4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4CA7639F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5.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4CA59970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Create a number that rounds to 0.0050 to 2 significant figures.</w:t>
            </w:r>
          </w:p>
        </w:tc>
      </w:tr>
      <w:tr w:rsidR="00B24E48" w14:paraId="4D6C4C85" w14:textId="77777777">
        <w:tc>
          <w:tcPr>
            <w:tcW w:w="454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7052DA14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/>
                <w:color w:val="1F6FEB"/>
                <w:sz w:val="22"/>
              </w:rPr>
              <w:t>6.</w:t>
            </w:r>
          </w:p>
        </w:tc>
        <w:tc>
          <w:tcPr>
            <w:tcW w:w="9751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tcMar>
              <w:top w:w="8" w:type="dxa"/>
              <w:left w:w="90" w:type="dxa"/>
              <w:bottom w:w="8" w:type="dxa"/>
              <w:right w:w="90" w:type="dxa"/>
            </w:tcMar>
          </w:tcPr>
          <w:p w14:paraId="35851466" w14:textId="77777777" w:rsidR="00B24E48" w:rsidRDefault="00EC5FF6">
            <w:pPr>
              <w:spacing w:after="40" w:line="240" w:lineRule="auto"/>
            </w:pPr>
            <w:r>
              <w:rPr>
                <w:rFonts w:ascii="Arial" w:hAnsi="Arial"/>
                <w:b w:val="0"/>
                <w:color w:val="172B4D"/>
                <w:sz w:val="22"/>
              </w:rPr>
              <w:t>Write a general rule for rounding to n significant figures.</w:t>
            </w:r>
          </w:p>
        </w:tc>
      </w:tr>
    </w:tbl>
    <w:p w14:paraId="4EC05E63" w14:textId="77777777" w:rsidR="00B24E48" w:rsidRDefault="00EC5FF6">
      <w:r>
        <w:br w:type="page"/>
      </w:r>
    </w:p>
    <w:p w14:paraId="44F1CE29" w14:textId="77777777" w:rsidR="00B24E48" w:rsidRDefault="00EC5FF6">
      <w:pPr>
        <w:spacing w:after="40"/>
      </w:pPr>
      <w:r>
        <w:rPr>
          <w:b/>
          <w:color w:val="52606D"/>
          <w:sz w:val="16"/>
        </w:rPr>
        <w:lastRenderedPageBreak/>
        <w:t>UBICLASS COVERREADY</w:t>
      </w:r>
    </w:p>
    <w:p w14:paraId="0B7EDEB4" w14:textId="77777777" w:rsidR="00B24E48" w:rsidRDefault="00EC5FF6">
      <w:pPr>
        <w:spacing w:after="40"/>
      </w:pPr>
      <w:r>
        <w:rPr>
          <w:rFonts w:ascii="Arial" w:hAnsi="Arial"/>
          <w:b w:val="0"/>
          <w:color w:val="172B4D"/>
          <w:sz w:val="24"/>
        </w:rPr>
        <w:t>Stretch route answers</w:t>
      </w:r>
    </w:p>
    <w:p w14:paraId="1D3250C5" w14:textId="77777777" w:rsidR="00B24E48" w:rsidRDefault="00EC5FF6">
      <w:pPr>
        <w:spacing w:after="80"/>
      </w:pPr>
      <w:r>
        <w:rPr>
          <w:color w:val="52606D"/>
        </w:rPr>
        <w:t>Answers are grouped by section. Accept equivalent correct methods and explanations.</w:t>
      </w:r>
    </w:p>
    <w:p w14:paraId="2E5163F1" w14:textId="77777777" w:rsidR="00B24E48" w:rsidRDefault="00EC5FF6">
      <w:pPr>
        <w:spacing w:after="40" w:line="259" w:lineRule="auto"/>
      </w:pPr>
      <w:r>
        <w:rPr>
          <w:rFonts w:ascii="Arial" w:hAnsi="Arial"/>
          <w:b w:val="0"/>
          <w:color w:val="172B4D"/>
          <w:sz w:val="24"/>
        </w:rPr>
        <w:t>A: 0.00074; 1,000,000; 4.55 ≤ x &lt; 4.65; it has 3 s.f.; 6.40 is more precise; answers vary.</w:t>
      </w:r>
    </w:p>
    <w:p w14:paraId="0373EE3E" w14:textId="77777777" w:rsidR="00B24E48" w:rsidRDefault="00EC5FF6">
      <w:pPr>
        <w:spacing w:after="40" w:line="259" w:lineRule="auto"/>
      </w:pPr>
      <w:r>
        <w:rPr>
          <w:rFonts w:ascii="Arial" w:hAnsi="Arial"/>
          <w:b w:val="0"/>
          <w:color w:val="172B4D"/>
          <w:sz w:val="24"/>
        </w:rPr>
        <w:t>B: 4,680,000; 0.00068 m; 3.00; 0.100; trailing zeros communicate precision; 3.00 is more precise.</w:t>
      </w:r>
    </w:p>
    <w:p w14:paraId="11878443" w14:textId="77777777" w:rsidR="00B24E48" w:rsidRDefault="00EC5FF6">
      <w:pPr>
        <w:spacing w:after="40" w:line="259" w:lineRule="auto"/>
      </w:pPr>
      <w:r>
        <w:rPr>
          <w:rFonts w:ascii="Arial" w:hAnsi="Arial"/>
          <w:b w:val="0"/>
          <w:color w:val="172B4D"/>
          <w:sz w:val="24"/>
        </w:rPr>
        <w:t>C: closer to 10; 9.8 × 10⁵; decimal place error; first digit defines scale; answers vary; rounding loses some detail.</w:t>
      </w:r>
    </w:p>
    <w:p w14:paraId="16E9B99C" w14:textId="77777777" w:rsidR="00B24E48" w:rsidRDefault="00EC5FF6">
      <w:pPr>
        <w:spacing w:after="40" w:line="259" w:lineRule="auto"/>
      </w:pPr>
      <w:r>
        <w:rPr>
          <w:rFonts w:ascii="Arial" w:hAnsi="Arial"/>
          <w:b w:val="0"/>
          <w:color w:val="172B4D"/>
          <w:sz w:val="24"/>
        </w:rPr>
        <w:t>D: 12.455 ≤ x &lt; 12.465; 0.03495 ≤ x &lt; 0.03505; they show different precision; 65,000; answers vary; keep first n significant digits and inspect the next digit.</w:t>
      </w:r>
    </w:p>
    <w:sectPr w:rsidR="00B24E48" w:rsidSect="00034616">
      <w:footerReference w:type="default" r:id="rId8"/>
      <w:pgSz w:w="12240" w:h="15840"/>
      <w:pgMar w:top="567" w:right="850" w:bottom="56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Arial" w:hAnsi="Arial"/>
        <w:b w:val="0"/>
        <w:color w:val="808080"/>
        <w:sz w:val="18"/>
      </w:rPr>
      <w:t xml:space="preserve">UbiClass CoverReady | Significant figures route workbook | Page </w:t>
      <w:fldChar w:fldCharType="begin"/>
      <w:instrText xml:space="preserve"> PAGE </w:instrText>
      <w:fldChar w:fldCharType="separate"/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25827607">
    <w:abstractNumId w:val="8"/>
  </w:num>
  <w:num w:numId="2" w16cid:durableId="11882873">
    <w:abstractNumId w:val="6"/>
  </w:num>
  <w:num w:numId="3" w16cid:durableId="790393899">
    <w:abstractNumId w:val="5"/>
  </w:num>
  <w:num w:numId="4" w16cid:durableId="441339304">
    <w:abstractNumId w:val="4"/>
  </w:num>
  <w:num w:numId="5" w16cid:durableId="1031608156">
    <w:abstractNumId w:val="7"/>
  </w:num>
  <w:num w:numId="6" w16cid:durableId="685987210">
    <w:abstractNumId w:val="3"/>
  </w:num>
  <w:num w:numId="7" w16cid:durableId="130565096">
    <w:abstractNumId w:val="2"/>
  </w:num>
  <w:num w:numId="8" w16cid:durableId="1075591153">
    <w:abstractNumId w:val="1"/>
  </w:num>
  <w:num w:numId="9" w16cid:durableId="111050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62154"/>
    <w:rsid w:val="00AA1D8D"/>
    <w:rsid w:val="00B24E48"/>
    <w:rsid w:val="00B47730"/>
    <w:rsid w:val="00CB0664"/>
    <w:rsid w:val="00D44B0E"/>
    <w:rsid w:val="00EC5FF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2245B8"/>
  <w14:defaultImageDpi w14:val="300"/>
  <w15:docId w15:val="{D2FA5716-F83A-4CE8-B155-C4B722A62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102A43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1164</Words>
  <Characters>6639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7788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 Owino</cp:lastModifiedBy>
  <cp:revision>2</cp:revision>
  <dcterms:created xsi:type="dcterms:W3CDTF">2026-09-20T14:22:00Z</dcterms:created>
  <dcterms:modified xsi:type="dcterms:W3CDTF">2026-09-20T14:22:00Z</dcterms:modified>
  <cp:category/>
</cp:coreProperties>
</file>