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9585" w14:textId="77777777" w:rsidR="00B24E48" w:rsidRDefault="00EC5FF6">
      <w:pPr>
        <w:spacing w:after="40"/>
      </w:pPr>
      <w:r>
        <w:rPr>
          <w:b/>
          <w:color w:val="52606D"/>
          <w:sz w:val="16"/>
        </w:rPr>
        <w:t>UBICLASS COVERREADY</w:t>
      </w:r>
    </w:p>
    <w:p w14:paraId="65AFF7B1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Indices - Support route</w:t>
      </w:r>
    </w:p>
    <w:p w14:paraId="2ABE1C31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Try each question first. Show each step. Use only if assigned the Support route.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B24E48" w14:paraId="3AD73A9C" w14:textId="77777777">
        <w:trPr>
          <w:jc w:val="center"/>
        </w:trPr>
        <w:tc>
          <w:tcPr>
            <w:tcW w:w="1054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Department / teacher instructions:</w:t>
            </w:r>
          </w:p>
        </w:tc>
      </w:tr>
      <w:tr w:rsidR="00B24E48" w14:paraId="35BFBA41" w14:textId="77777777">
        <w:trPr>
          <w:jc w:val="center"/>
        </w:trPr>
        <w:tc>
          <w:tcPr>
            <w:tcW w:w="1054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Editable toolkit / reminders:</w:t>
            </w:r>
          </w:p>
        </w:tc>
      </w:tr>
    </w:tbl>
    <w:p w14:paraId="17592E1A" w14:textId="77777777" w:rsidR="00B24E48" w:rsidRDefault="00B24E48">
      <w:pPr>
        <w:spacing w:after="40"/>
      </w:pPr>
      <w:r>
        <w:rPr>
          <w:rFonts w:ascii="Arial" w:hAnsi="Arial"/>
          <w:b w:val="0"/>
          <w:color w:val="808080"/>
          <w:sz w:val="20"/>
        </w:rPr>
        <w:t>Name: ______________________________    Class: __________________    Date: ________________</w:t>
      </w:r>
    </w:p>
    <w:p w14:paraId="534A50CB" w14:textId="77777777" w:rsidR="00B24E48" w:rsidRDefault="00EC5FF6">
      <w:pPr>
        <w:spacing w:before="40" w:after="40"/>
      </w:pPr>
      <w:r>
        <w:rPr>
          <w:b/>
          <w:sz w:val="22"/>
        </w:rPr>
        <w:t>A. Conversions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340FB4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50A62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A65177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2 × 2 × 2 as an index.</w:t>
            </w:r>
          </w:p>
        </w:tc>
      </w:tr>
      <w:tr w:rsidR="00B24E48" w14:paraId="43D7412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EF4B99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D80DE2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Count the factors.</w:t>
            </w:r>
          </w:p>
        </w:tc>
      </w:tr>
      <w:tr w:rsidR="00B24E48" w14:paraId="19DDF5C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3EB5DD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77BF7C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3² × 3³.</w:t>
            </w:r>
          </w:p>
        </w:tc>
      </w:tr>
      <w:tr w:rsidR="00B24E48" w14:paraId="70AD516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32B5EC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61E0306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Add the powers.</w:t>
            </w:r>
          </w:p>
        </w:tc>
      </w:tr>
      <w:tr w:rsidR="00B24E48" w14:paraId="308930D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18DDE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9056F3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5⁶ ÷ 5².</w:t>
            </w:r>
          </w:p>
        </w:tc>
      </w:tr>
      <w:tr w:rsidR="00B24E48" w14:paraId="4C41699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A241628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572B2C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Subtract the powers.</w:t>
            </w:r>
          </w:p>
        </w:tc>
      </w:tr>
      <w:tr w:rsidR="00B24E48" w14:paraId="3C8C58E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47D867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E9CB3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(2³)².</w:t>
            </w:r>
          </w:p>
        </w:tc>
      </w:tr>
      <w:tr w:rsidR="00B24E48" w14:paraId="55537CB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6F3A5A98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CB2758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Multiply the powers.</w:t>
            </w:r>
          </w:p>
        </w:tc>
      </w:tr>
      <w:tr w:rsidR="00B24E48" w14:paraId="1B0474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EE3FC3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B501A0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Calculate 4² + 4².</w:t>
            </w:r>
          </w:p>
        </w:tc>
      </w:tr>
      <w:tr w:rsidR="00B24E48" w14:paraId="593E679F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507CE1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677A488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Calculate each power first.</w:t>
            </w:r>
          </w:p>
        </w:tc>
      </w:tr>
      <w:tr w:rsidR="00B24E48" w14:paraId="0FBB147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A1A182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61D5E6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7⁰.</w:t>
            </w:r>
          </w:p>
        </w:tc>
      </w:tr>
      <w:tr w:rsidR="00B24E48" w14:paraId="41DC422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70C256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8034E3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Any non-zero number to power zero is 1.</w:t>
            </w:r>
          </w:p>
        </w:tc>
      </w:tr>
      <w:tr w:rsidR="00B24E48" w14:paraId="2E92CA7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9E20E5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7.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4DAA8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10³ as an ordinary number.</w:t>
            </w:r>
          </w:p>
        </w:tc>
      </w:tr>
      <w:tr w:rsidR="00B24E48" w14:paraId="4D6CC7B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6EFD0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CED79F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Three factors of 10.</w:t>
            </w:r>
          </w:p>
        </w:tc>
      </w:tr>
    </w:tbl>
    <w:p w14:paraId="61362F76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52606D"/>
          <w:sz w:val="22"/>
        </w:rPr>
        <w:t>B. Index laws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290AF97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6C7B15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5EBFB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2⁴ × 2³.</w:t>
            </w:r>
          </w:p>
        </w:tc>
      </w:tr>
      <w:tr w:rsidR="00B24E48" w14:paraId="7343DFB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511189C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BE9CC0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Same base: add powers.</w:t>
            </w:r>
          </w:p>
        </w:tc>
      </w:tr>
      <w:tr w:rsidR="00B24E48" w14:paraId="15D874D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DEB10E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DF5480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7⁸ ÷ 7³.</w:t>
            </w:r>
          </w:p>
        </w:tc>
      </w:tr>
      <w:tr w:rsidR="00B24E48" w14:paraId="639F240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C07C043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067A7D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Same base: subtract powers.</w:t>
            </w:r>
          </w:p>
        </w:tc>
      </w:tr>
      <w:tr w:rsidR="00B24E48" w14:paraId="1989136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B36AFA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BFCBA7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(3²)⁴.</w:t>
            </w:r>
          </w:p>
        </w:tc>
      </w:tr>
      <w:tr w:rsidR="00B24E48" w14:paraId="7467409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ABA69E1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C7CA23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Multiply powers.</w:t>
            </w:r>
          </w:p>
        </w:tc>
      </w:tr>
      <w:tr w:rsidR="00B24E48" w14:paraId="0138F50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826A8D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E27356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5⁰ and 10⁰.</w:t>
            </w:r>
          </w:p>
        </w:tc>
      </w:tr>
      <w:tr w:rsidR="00B24E48" w14:paraId="707BFB5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11CFF5D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7D42E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Both equal 1.</w:t>
            </w:r>
          </w:p>
        </w:tc>
      </w:tr>
      <w:tr w:rsidR="00B24E48" w14:paraId="7870F44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F65B69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C1A4FB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4³ × 4² ÷ 4⁴.</w:t>
            </w:r>
          </w:p>
        </w:tc>
      </w:tr>
      <w:tr w:rsidR="00B24E48" w14:paraId="6CCA0C7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058F921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05A21A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Combine the powers carefully.</w:t>
            </w:r>
          </w:p>
        </w:tc>
      </w:tr>
      <w:tr w:rsidR="00B24E48" w14:paraId="693D6E2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E4DE4D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4FCB7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2³ × 2² is not 4⁵.</w:t>
            </w:r>
          </w:p>
        </w:tc>
      </w:tr>
      <w:tr w:rsidR="00B24E48" w14:paraId="7680C24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4B75A14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907ACE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bases are multiplied, not added.</w:t>
            </w:r>
          </w:p>
        </w:tc>
      </w:tr>
      <w:tr w:rsidR="00B24E48" w14:paraId="654E884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AB008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7.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F3F2A8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Calculate 2⁵ + 3².</w:t>
            </w:r>
          </w:p>
        </w:tc>
      </w:tr>
      <w:tr w:rsidR="00B24E48" w14:paraId="589192C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0CFF27A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495F98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Powers before addition.</w:t>
            </w:r>
          </w:p>
        </w:tc>
      </w:tr>
      <w:tr w:rsidR="00B24E48" w14:paraId="4CE7404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3B85F4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8.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32C7DE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6 × 6 × 6 × 6 using an index.</w:t>
            </w:r>
          </w:p>
        </w:tc>
      </w:tr>
      <w:tr w:rsidR="00B24E48" w14:paraId="7B40A1E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E9A3F42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E79A1C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Four factors of 6.</w:t>
            </w:r>
          </w:p>
        </w:tc>
      </w:tr>
    </w:tbl>
    <w:p w14:paraId="79907E8C" w14:textId="77777777" w:rsidR="00B24E48" w:rsidRDefault="00EC5FF6">
      <w:r>
        <w:br w:type="page"/>
      </w:r>
    </w:p>
    <w:p w14:paraId="3753BA78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22255FF1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Support route continued</w:t>
      </w:r>
    </w:p>
    <w:p w14:paraId="0EDE6BEF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Complete the remaining work if time allows. Show enough working for another person to follow your method.</w:t>
      </w:r>
    </w:p>
    <w:p w14:paraId="05DF58F7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52606D"/>
          <w:sz w:val="22"/>
        </w:rPr>
        <w:t>C. Explain and check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2672182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464A47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407486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Is 2³ × 2² = 4⁵? Explain.</w:t>
            </w:r>
          </w:p>
        </w:tc>
      </w:tr>
      <w:tr w:rsidR="00B24E48" w14:paraId="5923B57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21442A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E4D5E3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Expand both sides.</w:t>
            </w:r>
          </w:p>
        </w:tc>
      </w:tr>
      <w:tr w:rsidR="00B24E48" w14:paraId="7C2B4C1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9F4F55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74C8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larger: 2⁶ or 6²?</w:t>
            </w:r>
          </w:p>
        </w:tc>
      </w:tr>
      <w:tr w:rsidR="00B24E48" w14:paraId="13D394A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4134FD3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3EA052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Calculate both.</w:t>
            </w:r>
          </w:p>
        </w:tc>
      </w:tr>
      <w:tr w:rsidR="00B24E48" w14:paraId="5712C5A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6FAF0C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3F41D3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a⁰ = 1.</w:t>
            </w:r>
          </w:p>
        </w:tc>
      </w:tr>
      <w:tr w:rsidR="00B24E48" w14:paraId="0D37C81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634F08F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7FD587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Use division: a² ÷ a².</w:t>
            </w:r>
          </w:p>
        </w:tc>
      </w:tr>
      <w:tr w:rsidR="00B24E48" w14:paraId="4D15B85F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04D62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996DC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says (2³)² = 2⁵. Correct the error.</w:t>
            </w:r>
          </w:p>
        </w:tc>
      </w:tr>
      <w:tr w:rsidR="00B24E48" w14:paraId="5919FD1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54EF41F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F81A6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Power of a power uses multiplication.</w:t>
            </w:r>
          </w:p>
        </w:tc>
      </w:tr>
      <w:tr w:rsidR="00B24E48" w14:paraId="7066D61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1052F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E4BE39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two different expressions equal to 64.</w:t>
            </w:r>
          </w:p>
        </w:tc>
      </w:tr>
      <w:tr w:rsidR="00B24E48" w14:paraId="334F033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4313B01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FB163D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Use powers of 2.</w:t>
            </w:r>
          </w:p>
        </w:tc>
      </w:tr>
      <w:tr w:rsidR="00B24E48" w14:paraId="14EE241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93B615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61168C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How can you check an index-law answer?</w:t>
            </w:r>
          </w:p>
        </w:tc>
      </w:tr>
      <w:tr w:rsidR="00B24E48" w14:paraId="3FC7164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EEA5E72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35ECB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Expand small powers.</w:t>
            </w:r>
          </w:p>
        </w:tc>
      </w:tr>
    </w:tbl>
    <w:p w14:paraId="53AD730F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52606D"/>
          <w:sz w:val="22"/>
        </w:rPr>
        <w:t>D. Mixed practice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4A1BF9C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023F0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DC1AD2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2⁵ × 2⁻².</w:t>
            </w:r>
          </w:p>
        </w:tc>
      </w:tr>
      <w:tr w:rsidR="00B24E48" w14:paraId="484459A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E4AD80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84E8B5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Add the powers.</w:t>
            </w:r>
          </w:p>
        </w:tc>
      </w:tr>
      <w:tr w:rsidR="00B24E48" w14:paraId="2681901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131303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7139D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(2³ × 2⁴) ÷ 2⁵.</w:t>
            </w:r>
          </w:p>
        </w:tc>
      </w:tr>
      <w:tr w:rsidR="00B24E48" w14:paraId="6F50BC9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382290F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36E08B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Combine all powers of 2.</w:t>
            </w:r>
          </w:p>
        </w:tc>
      </w:tr>
      <w:tr w:rsidR="00B24E48" w14:paraId="66059F6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75F55C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F6A8F3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27 × 9 as a single power of 3.</w:t>
            </w:r>
          </w:p>
        </w:tc>
      </w:tr>
      <w:tr w:rsidR="00B24E48" w14:paraId="707E979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0C10BA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8E912B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Rewrite 27 and 9 as powers of 3.</w:t>
            </w:r>
          </w:p>
        </w:tc>
      </w:tr>
      <w:tr w:rsidR="00B24E48" w14:paraId="47F89D0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38992C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FD05FD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Solve 2ˣ = 32.</w:t>
            </w:r>
          </w:p>
        </w:tc>
      </w:tr>
      <w:tr w:rsidR="00B24E48" w14:paraId="3477856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7AC2587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22870A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Write 32 as a power of 2.</w:t>
            </w:r>
          </w:p>
        </w:tc>
      </w:tr>
      <w:tr w:rsidR="00B24E48" w14:paraId="4AB974C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844764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579BFA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Compare 3⁴ and 4³.</w:t>
            </w:r>
          </w:p>
        </w:tc>
      </w:tr>
      <w:tr w:rsidR="00B24E48" w14:paraId="013FBDB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7C1E8B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5094F9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Calculate both.</w:t>
            </w:r>
          </w:p>
        </w:tc>
      </w:tr>
      <w:tr w:rsidR="00B24E48" w14:paraId="6B0ACB2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55D9ED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3A3B95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one sentence explaining an index law.</w:t>
            </w:r>
          </w:p>
        </w:tc>
      </w:tr>
      <w:tr w:rsidR="00B24E48" w14:paraId="7296A75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8218CB0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A1F01D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State what happens to powers.</w:t>
            </w:r>
          </w:p>
        </w:tc>
      </w:tr>
    </w:tbl>
    <w:p w14:paraId="189F8A35" w14:textId="77777777" w:rsidR="00B24E48" w:rsidRDefault="00EC5FF6">
      <w:r>
        <w:br w:type="page"/>
      </w:r>
    </w:p>
    <w:p w14:paraId="3B85CAA0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16BB3EE2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Support route answers</w:t>
      </w:r>
    </w:p>
    <w:p w14:paraId="28682704" w14:textId="77777777" w:rsidR="00B24E48" w:rsidRDefault="00EC5FF6">
      <w:pPr>
        <w:spacing w:after="80"/>
      </w:pPr>
      <w:r>
        <w:rPr>
          <w:color w:val="52606D"/>
        </w:rPr>
        <w:t>Answers are grouped by section. Accept equivalent correct methods and explanations.</w:t>
      </w:r>
    </w:p>
    <w:p w14:paraId="3EAD7FCC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A: 2³; 3⁵; 5⁴; 2⁶; 32; 1; 1,000.</w:t>
      </w:r>
    </w:p>
    <w:p w14:paraId="210C898E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B: 2⁷; 7⁵; 3⁸; 1 and 1; 4; bases are multiplied; 41; 6⁴.</w:t>
      </w:r>
    </w:p>
    <w:p w14:paraId="7905DB42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C: no; 2⁶; divide a² by a²; multiply powers; answers vary; expand small powers.</w:t>
      </w:r>
    </w:p>
    <w:p w14:paraId="70B96889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D: 2³; 2²; 3⁵; x=5; 3⁴=81 and 4³=64; answers vary.</w:t>
      </w:r>
    </w:p>
    <w:p w14:paraId="13EC4FD3" w14:textId="77777777" w:rsidR="00B24E48" w:rsidRDefault="00EC5FF6">
      <w:r>
        <w:br w:type="page"/>
      </w:r>
    </w:p>
    <w:p w14:paraId="6BBF1576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1CA73878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Indices - Core route</w:t>
      </w:r>
    </w:p>
    <w:p w14:paraId="562E1CF3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Work independently. Use this worksheet only if your teacher assigned the Core route.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B24E48" w14:paraId="63EF2C14" w14:textId="77777777">
        <w:trPr>
          <w:jc w:val="center"/>
        </w:trPr>
        <w:tc>
          <w:tcPr>
            <w:tcW w:w="10540" w:type="dxa"/>
            <w:tcBorders>
              <w:top w:val="single" w:sz="6" w:space="0" w:color="1F6FEB"/>
              <w:left w:val="single" w:sz="6" w:space="0" w:color="1F6FEB"/>
              <w:bottom w:val="single" w:sz="6" w:space="0" w:color="1F6FEB"/>
              <w:right w:val="single" w:sz="6" w:space="0" w:color="1F6FEB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Department / teacher instructions:</w:t>
            </w:r>
          </w:p>
        </w:tc>
      </w:tr>
      <w:tr w:rsidR="00B24E48" w14:paraId="2B75FA24" w14:textId="77777777">
        <w:trPr>
          <w:jc w:val="center"/>
        </w:trPr>
        <w:tc>
          <w:tcPr>
            <w:tcW w:w="10540" w:type="dxa"/>
            <w:tcBorders>
              <w:top w:val="single" w:sz="6" w:space="0" w:color="1F6FEB"/>
              <w:left w:val="single" w:sz="6" w:space="0" w:color="1F6FEB"/>
              <w:bottom w:val="single" w:sz="6" w:space="0" w:color="1F6FEB"/>
              <w:right w:val="single" w:sz="6" w:space="0" w:color="1F6FEB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Editable toolkit / reminders:</w:t>
            </w:r>
          </w:p>
        </w:tc>
      </w:tr>
    </w:tbl>
    <w:p w14:paraId="680A0959" w14:textId="77777777" w:rsidR="00B24E48" w:rsidRDefault="00B24E48">
      <w:pPr>
        <w:spacing w:after="40"/>
      </w:pPr>
      <w:r>
        <w:rPr>
          <w:rFonts w:ascii="Arial" w:hAnsi="Arial"/>
          <w:b w:val="0"/>
          <w:color w:val="808080"/>
          <w:sz w:val="20"/>
        </w:rPr>
        <w:t>Name: ______________________________    Class: __________________    Date: ________________</w:t>
      </w:r>
    </w:p>
    <w:p w14:paraId="6415861A" w14:textId="77777777" w:rsidR="00B24E48" w:rsidRDefault="00EC5FF6">
      <w:pPr>
        <w:spacing w:before="40" w:after="40"/>
      </w:pPr>
      <w:r>
        <w:rPr>
          <w:b/>
          <w:sz w:val="22"/>
        </w:rPr>
        <w:t>A. Conversions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1AC5B34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C68D6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42C83B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2⁴ × 2³.</w:t>
            </w:r>
          </w:p>
        </w:tc>
      </w:tr>
      <w:tr w:rsidR="00B24E48" w14:paraId="794CDC7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7BCD0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174CF9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7⁸ ÷ 7³.</w:t>
            </w:r>
          </w:p>
        </w:tc>
      </w:tr>
      <w:tr w:rsidR="00B24E48" w14:paraId="29D3DAB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4B206A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CB57EF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(3²)⁴.</w:t>
            </w:r>
          </w:p>
        </w:tc>
      </w:tr>
      <w:tr w:rsidR="00B24E48" w14:paraId="66408DD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F79646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F0ECFA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5⁰ and 10⁰.</w:t>
            </w:r>
          </w:p>
        </w:tc>
      </w:tr>
      <w:tr w:rsidR="00B24E48" w14:paraId="5D07436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8E1A9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79FEB0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4³ × 4² ÷ 4⁴.</w:t>
            </w:r>
          </w:p>
        </w:tc>
      </w:tr>
      <w:tr w:rsidR="00B24E48" w14:paraId="09F67C8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AB1AF8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DA83B4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6² × 6³.</w:t>
            </w:r>
          </w:p>
        </w:tc>
      </w:tr>
    </w:tbl>
    <w:p w14:paraId="501495FF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B. Calculations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5761CEF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0CB25A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6FBB6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3⁵ × 3².</w:t>
            </w:r>
          </w:p>
        </w:tc>
      </w:tr>
      <w:tr w:rsidR="00B24E48" w14:paraId="7DA2CF7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F4102F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C1ADD2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10⁷ ÷ 10⁴.</w:t>
            </w:r>
          </w:p>
        </w:tc>
      </w:tr>
      <w:tr w:rsidR="00B24E48" w14:paraId="1CEC8CB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9FE388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8CBC90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(5²)³.</w:t>
            </w:r>
          </w:p>
        </w:tc>
      </w:tr>
      <w:tr w:rsidR="00B24E48" w14:paraId="0D41E91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9DEA9D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E26456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2⁶ ÷ 2² × 2³.</w:t>
            </w:r>
          </w:p>
        </w:tc>
      </w:tr>
      <w:tr w:rsidR="00B24E48" w14:paraId="318AB15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497312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745884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Calculate 2⁴ + 3³.</w:t>
            </w:r>
          </w:p>
        </w:tc>
      </w:tr>
      <w:tr w:rsidR="00B24E48" w14:paraId="6D531F1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C309E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55F1FC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Solve 3ˣ = 81.</w:t>
            </w:r>
          </w:p>
        </w:tc>
      </w:tr>
      <w:tr w:rsidR="00B24E48" w14:paraId="3372B8C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DC6A4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7.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AE522B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64 as a power of 2.</w:t>
            </w:r>
          </w:p>
        </w:tc>
      </w:tr>
      <w:tr w:rsidR="00B24E48" w14:paraId="5104142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327776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8.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C1C34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125 as a power of 5.</w:t>
            </w:r>
          </w:p>
        </w:tc>
      </w:tr>
    </w:tbl>
    <w:p w14:paraId="70837857" w14:textId="77777777" w:rsidR="00D44B0E" w:rsidRDefault="00D44B0E" w:rsidP="00D44B0E"/>
    <w:p w14:paraId="3CB1D770" w14:textId="77777777" w:rsidR="00D44B0E" w:rsidRDefault="00D44B0E" w:rsidP="00D44B0E"/>
    <w:p w14:paraId="67ECF54E" w14:textId="7EAC8D33" w:rsidR="00B24E48" w:rsidRDefault="00EC5FF6" w:rsidP="00D44B0E">
      <w:pPr>
        <w:spacing w:after="40"/>
      </w:pPr>
      <w:r>
        <w:rPr>
          <w:rFonts w:ascii="Arial" w:hAnsi="Arial"/>
          <w:b w:val="0"/>
          <w:color w:val="172B4D"/>
          <w:sz w:val="24"/>
        </w:rPr>
        <w:t>Complete the remaining work if time allows. Show enough working for another person to follow your method.</w:t>
      </w:r>
    </w:p>
    <w:p w14:paraId="088BAD45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C. Compare and reason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345BA7B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182F4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7DE407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2³ × 2² is not 4⁵.</w:t>
            </w:r>
          </w:p>
        </w:tc>
      </w:tr>
      <w:tr w:rsidR="00B24E48" w14:paraId="4ECAB5E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B3ED25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417C41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larger: 2⁶ or 6²? Explain.</w:t>
            </w:r>
          </w:p>
        </w:tc>
      </w:tr>
      <w:tr w:rsidR="00B24E48" w14:paraId="523B6D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1B1D31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FCB1B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a⁰ = 1 for a ≠ 0.</w:t>
            </w:r>
          </w:p>
        </w:tc>
      </w:tr>
      <w:tr w:rsidR="00B24E48" w14:paraId="10DA5BE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F6491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F5EBF3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says (2³)² = 2⁵. Explain.</w:t>
            </w:r>
          </w:p>
        </w:tc>
      </w:tr>
      <w:tr w:rsidR="00B24E48" w14:paraId="1B5E4D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403716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32130E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two different index expressions with value 64.</w:t>
            </w:r>
          </w:p>
        </w:tc>
      </w:tr>
      <w:tr w:rsidR="00B24E48" w14:paraId="6B93A6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BE19EC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993F10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powers are calculated before addition.</w:t>
            </w:r>
          </w:p>
        </w:tc>
      </w:tr>
    </w:tbl>
    <w:p w14:paraId="1A791565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D. Mixed and check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63F4D35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236781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EA8FCB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5⁷ ÷ 5².</w:t>
            </w:r>
          </w:p>
        </w:tc>
      </w:tr>
      <w:tr w:rsidR="00B24E48" w14:paraId="1697689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25BE9F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B2ADE1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4² × 4³ ÷ 4⁴.</w:t>
            </w:r>
          </w:p>
        </w:tc>
      </w:tr>
      <w:tr w:rsidR="00B24E48" w14:paraId="068C06F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993ED8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B0B2B6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Solve 2ˣ = 128.</w:t>
            </w:r>
          </w:p>
        </w:tc>
      </w:tr>
      <w:tr w:rsidR="00B24E48" w14:paraId="5565432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F3628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817D57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Compare 3⁴ and 4³.</w:t>
            </w:r>
          </w:p>
        </w:tc>
      </w:tr>
      <w:tr w:rsidR="00B24E48" w14:paraId="55D8463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CEBC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E0F8E7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81 as a power of 3.</w:t>
            </w:r>
          </w:p>
        </w:tc>
      </w:tr>
      <w:tr w:rsidR="00B24E48" w14:paraId="3662235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50B6D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2634BD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Create an index-law question whose answer is 2⁶.</w:t>
            </w:r>
          </w:p>
        </w:tc>
      </w:tr>
    </w:tbl>
    <w:p w14:paraId="6DF2BA70" w14:textId="77777777" w:rsidR="00B24E48" w:rsidRDefault="00EC5FF6">
      <w:r>
        <w:br w:type="page"/>
      </w:r>
    </w:p>
    <w:p w14:paraId="13E758DF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2D4911FE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Core route answers</w:t>
      </w:r>
    </w:p>
    <w:p w14:paraId="674412D7" w14:textId="77777777" w:rsidR="00B24E48" w:rsidRDefault="00EC5FF6">
      <w:pPr>
        <w:spacing w:after="80"/>
      </w:pPr>
      <w:r>
        <w:rPr>
          <w:color w:val="52606D"/>
        </w:rPr>
        <w:t>Answers are grouped by section. Accept equivalent correct methods and explanations.</w:t>
      </w:r>
    </w:p>
    <w:p w14:paraId="3993AC94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A: 2⁷; 7⁵; 3⁸; 1 and 1; 4; 6⁵.</w:t>
      </w:r>
    </w:p>
    <w:p w14:paraId="715087DF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B: 3⁷; 10³; 5⁶; 2⁷; 97; x=4; 2⁶; 5³.</w:t>
      </w:r>
    </w:p>
    <w:p w14:paraId="39797B9C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C: bases are multiplied; 6²; divide a² by a²; powers multiply; answers vary; order of operations.</w:t>
      </w:r>
    </w:p>
    <w:p w14:paraId="0487E46B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D: 5⁵; 4; x=7; 3⁴=81 and 4³=64; 3⁴; answers vary.</w:t>
      </w:r>
    </w:p>
    <w:p w14:paraId="6C52A10E" w14:textId="77777777" w:rsidR="00B24E48" w:rsidRDefault="00EC5FF6">
      <w:r>
        <w:br w:type="page"/>
      </w:r>
    </w:p>
    <w:p w14:paraId="38F97B2A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55F6D572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Indices - Stretch route</w:t>
      </w:r>
    </w:p>
    <w:p w14:paraId="7967526C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Choose efficient methods. Use this worksheet only if your teacher assigned the Stretch route.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B24E48" w14:paraId="11AB8BD1" w14:textId="77777777">
        <w:trPr>
          <w:jc w:val="center"/>
        </w:trPr>
        <w:tc>
          <w:tcPr>
            <w:tcW w:w="10540" w:type="dxa"/>
            <w:tcBorders>
              <w:top w:val="single" w:sz="6" w:space="0" w:color="C2410C"/>
              <w:left w:val="single" w:sz="6" w:space="0" w:color="C2410C"/>
              <w:bottom w:val="single" w:sz="6" w:space="0" w:color="C2410C"/>
              <w:right w:val="single" w:sz="6" w:space="0" w:color="C2410C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Department / teacher instructions:</w:t>
            </w:r>
          </w:p>
        </w:tc>
      </w:tr>
      <w:tr w:rsidR="00B24E48" w14:paraId="3E15CA5B" w14:textId="77777777">
        <w:trPr>
          <w:jc w:val="center"/>
        </w:trPr>
        <w:tc>
          <w:tcPr>
            <w:tcW w:w="10540" w:type="dxa"/>
            <w:tcBorders>
              <w:top w:val="single" w:sz="6" w:space="0" w:color="C2410C"/>
              <w:left w:val="single" w:sz="6" w:space="0" w:color="C2410C"/>
              <w:bottom w:val="single" w:sz="6" w:space="0" w:color="C2410C"/>
              <w:right w:val="single" w:sz="6" w:space="0" w:color="C2410C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Editable toolkit / reminders:</w:t>
            </w:r>
          </w:p>
        </w:tc>
      </w:tr>
    </w:tbl>
    <w:p w14:paraId="6500E1BE" w14:textId="77777777" w:rsidR="00B24E48" w:rsidRDefault="00B24E48">
      <w:pPr>
        <w:spacing w:after="40"/>
      </w:pPr>
      <w:r>
        <w:rPr>
          <w:rFonts w:ascii="Arial" w:hAnsi="Arial"/>
          <w:b w:val="0"/>
          <w:color w:val="808080"/>
          <w:sz w:val="20"/>
        </w:rPr>
        <w:t>Name: ______________________________    Class: __________________    Date: ________________</w:t>
      </w:r>
    </w:p>
    <w:p w14:paraId="6DE12A4F" w14:textId="77777777" w:rsidR="00B24E48" w:rsidRDefault="00EC5FF6">
      <w:pPr>
        <w:spacing w:before="40" w:after="40"/>
      </w:pPr>
      <w:r>
        <w:rPr>
          <w:b/>
          <w:sz w:val="22"/>
        </w:rPr>
        <w:t>A. Flexible conversion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4B5BAA7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221154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A3B2DD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3⁵ × 3⁻².</w:t>
            </w:r>
          </w:p>
        </w:tc>
      </w:tr>
      <w:tr w:rsidR="00B24E48" w14:paraId="4D52ACD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6A6703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A2BCC8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(2³ × 2⁴) ÷ 2⁵.</w:t>
            </w:r>
          </w:p>
        </w:tc>
      </w:tr>
      <w:tr w:rsidR="00B24E48" w14:paraId="404CEF7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7BC89D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701EF7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27 × 9 as a single power of 3.</w:t>
            </w:r>
          </w:p>
        </w:tc>
      </w:tr>
      <w:tr w:rsidR="00B24E48" w14:paraId="39593DF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28B816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CEFDF6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a⁰ = 1 for a ≠ 0.</w:t>
            </w:r>
          </w:p>
        </w:tc>
      </w:tr>
      <w:tr w:rsidR="00B24E48" w14:paraId="7AAC3D8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FAC042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5272B1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Solve 2ˣ = 32.</w:t>
            </w:r>
          </w:p>
        </w:tc>
      </w:tr>
      <w:tr w:rsidR="00B24E48" w14:paraId="16CDF75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CC09AB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3FB328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Create two different index expressions with value 64.</w:t>
            </w:r>
          </w:p>
        </w:tc>
      </w:tr>
    </w:tbl>
    <w:p w14:paraId="76961147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B. Applied indices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D44E5A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621C0B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7EBD48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5⁷ ÷ 5⁹.</w:t>
            </w:r>
          </w:p>
        </w:tc>
      </w:tr>
      <w:tr w:rsidR="00B24E48" w14:paraId="0E5CBD1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72A403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AEF034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2⁻³ × 2⁵.</w:t>
            </w:r>
          </w:p>
        </w:tc>
      </w:tr>
      <w:tr w:rsidR="00B24E48" w14:paraId="43045B6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6CDF09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593D2A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(3²)³ ÷ 3⁴.</w:t>
            </w:r>
          </w:p>
        </w:tc>
      </w:tr>
      <w:tr w:rsidR="00B24E48" w14:paraId="21F7199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933746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6067D0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16 × 8 as a single power of 2.</w:t>
            </w:r>
          </w:p>
        </w:tc>
      </w:tr>
      <w:tr w:rsidR="00B24E48" w14:paraId="7BC366E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F9D512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13E3D5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Solve 5ˣ = 625.</w:t>
            </w:r>
          </w:p>
        </w:tc>
      </w:tr>
      <w:tr w:rsidR="00B24E48" w14:paraId="6BC02D9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25080E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56E83B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aᵐ ÷ aⁿ = aᵐ⁻ⁿ.</w:t>
            </w:r>
          </w:p>
        </w:tc>
      </w:tr>
    </w:tbl>
    <w:p w14:paraId="31263693" w14:textId="77777777" w:rsidR="00D44B0E" w:rsidRDefault="00D44B0E" w:rsidP="00D44B0E"/>
    <w:p w14:paraId="3917D571" w14:textId="77777777" w:rsidR="00D44B0E" w:rsidRDefault="00D44B0E" w:rsidP="00D44B0E"/>
    <w:p w14:paraId="766F6ABA" w14:textId="2208725B" w:rsidR="00B24E48" w:rsidRDefault="00EC5FF6" w:rsidP="00D44B0E">
      <w:pPr>
        <w:spacing w:after="40"/>
      </w:pPr>
      <w:r>
        <w:rPr>
          <w:rFonts w:ascii="Arial" w:hAnsi="Arial"/>
          <w:b w:val="0"/>
          <w:color w:val="172B4D"/>
          <w:sz w:val="24"/>
        </w:rPr>
        <w:t>Complete the remaining work if time allows. Show enough working for another person to follow your method.</w:t>
      </w:r>
    </w:p>
    <w:p w14:paraId="2B5E4AEC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C. Reasoning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383B1A6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B6D023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FFA166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Without calculating fully, compare 2¹⁰ and 10².</w:t>
            </w:r>
          </w:p>
        </w:tc>
      </w:tr>
      <w:tr w:rsidR="00B24E48" w14:paraId="06B3752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E70D44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98CB97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larger: 3⁶ or 6³? Justify.</w:t>
            </w:r>
          </w:p>
        </w:tc>
      </w:tr>
      <w:tr w:rsidR="00B24E48" w14:paraId="438513D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A3179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4CDBAD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the difference between 2³ and 3².</w:t>
            </w:r>
          </w:p>
        </w:tc>
      </w:tr>
      <w:tr w:rsidR="00B24E48" w14:paraId="4216096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357A54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46C842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two different ways to write 1 using indices.</w:t>
            </w:r>
          </w:p>
        </w:tc>
      </w:tr>
      <w:tr w:rsidR="00B24E48" w14:paraId="50EF41D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273BAB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CCDDEF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adds powers when simplifying (2³)⁴. Explain the mistake.</w:t>
            </w:r>
          </w:p>
        </w:tc>
      </w:tr>
      <w:tr w:rsidR="00B24E48" w14:paraId="068C1BA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5BE5B2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2BAE26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how index laws reduce repeated multiplication.</w:t>
            </w:r>
          </w:p>
        </w:tc>
      </w:tr>
    </w:tbl>
    <w:p w14:paraId="480CA85C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D. Challenge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0C8F10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A3A61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927A3F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Simplify 2³ × 2⁴ × 2⁻⁵.</w:t>
            </w:r>
          </w:p>
        </w:tc>
      </w:tr>
      <w:tr w:rsidR="00B24E48" w14:paraId="15A38D5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7D34DE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6109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Solve 3ˣ = 729.</w:t>
            </w:r>
          </w:p>
        </w:tc>
      </w:tr>
      <w:tr w:rsidR="00B24E48" w14:paraId="325BE8E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E72D10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C99B6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a general rule for multiplying powers with the same base.</w:t>
            </w:r>
          </w:p>
        </w:tc>
      </w:tr>
      <w:tr w:rsidR="00B24E48" w14:paraId="5411DF1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B01E27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25AE5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a general rule for a power raised to a power.</w:t>
            </w:r>
          </w:p>
        </w:tc>
      </w:tr>
      <w:tr w:rsidR="00B24E48" w14:paraId="07FC2CE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A7639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A5997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all whole-number x for 2ˣ &lt; 32.</w:t>
            </w:r>
          </w:p>
        </w:tc>
      </w:tr>
      <w:tr w:rsidR="00B24E48" w14:paraId="4D6C4C8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052DA1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585146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Create a challenging index expression with answer 1.</w:t>
            </w:r>
          </w:p>
        </w:tc>
      </w:tr>
    </w:tbl>
    <w:p w14:paraId="4EC05E63" w14:textId="77777777" w:rsidR="00B24E48" w:rsidRDefault="00EC5FF6">
      <w:r>
        <w:br w:type="page"/>
      </w:r>
    </w:p>
    <w:p w14:paraId="44F1CE29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0B7EDEB4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Stretch route answers</w:t>
      </w:r>
    </w:p>
    <w:p w14:paraId="1D3250C5" w14:textId="77777777" w:rsidR="00B24E48" w:rsidRDefault="00EC5FF6">
      <w:pPr>
        <w:spacing w:after="80"/>
      </w:pPr>
      <w:r>
        <w:rPr>
          <w:color w:val="52606D"/>
        </w:rPr>
        <w:t>Answers are grouped by section. Accept equivalent correct methods and explanations.</w:t>
      </w:r>
    </w:p>
    <w:p w14:paraId="2E5163F1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A: 3³; 2²; 3⁵; a²÷a²=1; x=5; answers vary.</w:t>
      </w:r>
    </w:p>
    <w:p w14:paraId="0373EE3E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B: 5⁻²; 2²; 3²; 2⁷; x=4; divide numerator and denominator by aⁿ.</w:t>
      </w:r>
    </w:p>
    <w:p w14:paraId="11878443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C: 2¹⁰=1024 &gt;100; 3⁶; bases and powers swap roles; a⁰ and aⁿ÷aⁿ; powers multiply; replace repeated multiplication with laws.</w:t>
      </w:r>
    </w:p>
    <w:p w14:paraId="16E9B99C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D: 2²; x=6; aᵐ×aⁿ=aᵐ⁺ⁿ; (aᵐ)ⁿ=aᵐⁿ; x=0,1,2,3,4; answers vary.</w:t>
      </w:r>
    </w:p>
    <w:sectPr w:rsidR="00B24E48" w:rsidSect="00034616">
      <w:footerReference w:type="default" r:id="rId8"/>
      <w:pgSz w:w="12240" w:h="15840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/>
        <w:b w:val="0"/>
        <w:color w:val="808080"/>
        <w:sz w:val="18"/>
      </w:rPr>
      <w:t xml:space="preserve">UbiClass CoverReady | Indices route workbook | Page </w:t>
      <w:fldChar w:fldCharType="begin"/>
      <w:instrText xml:space="preserve"> PAGE 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827607">
    <w:abstractNumId w:val="8"/>
  </w:num>
  <w:num w:numId="2" w16cid:durableId="11882873">
    <w:abstractNumId w:val="6"/>
  </w:num>
  <w:num w:numId="3" w16cid:durableId="790393899">
    <w:abstractNumId w:val="5"/>
  </w:num>
  <w:num w:numId="4" w16cid:durableId="441339304">
    <w:abstractNumId w:val="4"/>
  </w:num>
  <w:num w:numId="5" w16cid:durableId="1031608156">
    <w:abstractNumId w:val="7"/>
  </w:num>
  <w:num w:numId="6" w16cid:durableId="685987210">
    <w:abstractNumId w:val="3"/>
  </w:num>
  <w:num w:numId="7" w16cid:durableId="130565096">
    <w:abstractNumId w:val="2"/>
  </w:num>
  <w:num w:numId="8" w16cid:durableId="1075591153">
    <w:abstractNumId w:val="1"/>
  </w:num>
  <w:num w:numId="9" w16cid:durableId="11105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2154"/>
    <w:rsid w:val="00AA1D8D"/>
    <w:rsid w:val="00B24E48"/>
    <w:rsid w:val="00B47730"/>
    <w:rsid w:val="00CB0664"/>
    <w:rsid w:val="00D44B0E"/>
    <w:rsid w:val="00EC5F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2245B8"/>
  <w14:defaultImageDpi w14:val="300"/>
  <w15:docId w15:val="{D2FA5716-F83A-4CE8-B155-C4B722A6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02A43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 Owino</cp:lastModifiedBy>
  <cp:revision>2</cp:revision>
  <dcterms:created xsi:type="dcterms:W3CDTF">2026-09-20T14:22:00Z</dcterms:created>
  <dcterms:modified xsi:type="dcterms:W3CDTF">2026-09-20T14:22:00Z</dcterms:modified>
  <cp:category/>
</cp:coreProperties>
</file>